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ветеранах</w:t>
      </w:r>
    </w:p>
    <w:p>
      <w:pPr>
        <w:pStyle w:val="Heading3"/>
      </w:pPr>
      <w:r>
        <w:t>ОБЩИЕ ПОЛОЖЕНИЯ</w:t>
      </w:r>
    </w:p>
    <w:p>
      <w:r>
        <w:rPr>
          <w:b/>
        </w:rPr>
        <w:t>Статья 1. Категории ветеранов</w:t>
      </w:r>
    </w:p>
    <w:p>
      <w:r>
        <w:t>С учетом заслуг по защите Отечества, безупречной военной службы, иной государственной службы и продолжительного добросовестного труда устанавливаются следующие категории ветеранов: ветераны Великой Отечественной войны, ветераны боевых действий на территории СССР, на территории Российской Федерации и территориях других государств (далее - ветераны боевых действий), ветераны военной службы, ветераны труда. (В редакции федеральных законов от 27.11.2002 № 158-ФЗ; от 29.12.2015 № 388-ФЗ)</w:t>
      </w:r>
    </w:p>
    <w:p>
      <w:r>
        <w:rPr>
          <w:b/>
        </w:rPr>
        <w:t>Статья 2. Ветераны Великой Отечественной войны</w:t>
      </w:r>
    </w:p>
    <w:p>
      <w:r>
        <w:rPr>
          <w:b/>
        </w:rPr>
        <w:t xml:space="preserve">1. </w:t>
      </w:r>
      <w:r>
        <w:t>Ветеранами Великой Отечественной войны являются лица, принимавшие участие в боевых действиях по защите Отечества или обеспечении воинских частей действующей армии в районах боевых действий; лица, проходившие военную службу или проработавшие в тылу в период Великой Отечественной войны 1941 - 1945 годов (далее - период Великой Отечественной войны) не менее шести месяцев, исключая период работы на временно оккупированных территориях СССР, либо награжденные орденами или медалями СССР за службу и самоотверженный труд в период Великой Отечественной войны. К ветеранам Великой Отечественной войны относятся</w:t>
      </w:r>
    </w:p>
    <w:p>
      <w:r>
        <w:rPr>
          <w:b/>
        </w:rPr>
        <w:t xml:space="preserve">2. </w:t>
      </w:r>
      <w:r>
        <w:t>Перечень воинских частей, штабов и учреждений, входивших в состав действующей армии в период Великой Отечественной войны, определяется Правительством Российской Федерации. Перечень городов, участие в обороне которых засчитывается в выслугу лет для назначения пенсий на льготных условиях, установленных для военнослужащих воинских частей действующей армии, определяется законодательством Российской Федерации</w:t>
      </w:r>
    </w:p>
    <w:p>
      <w:r>
        <w:rPr>
          <w:b/>
        </w:rPr>
        <w:t xml:space="preserve">3. </w:t>
      </w:r>
      <w:r>
        <w:t>(Пункт утратил силу - Федеральный закон от 22.08.2004 № 122-ФЗ)</w:t>
      </w:r>
    </w:p>
    <w:p>
      <w:r>
        <w:rPr>
          <w:b/>
        </w:rPr>
        <w:t xml:space="preserve">1. </w:t>
      </w:r>
      <w:r>
        <w:t>участники Великой Отечественной войны:</w:t>
      </w:r>
    </w:p>
    <w:p>
      <w:r>
        <w:rPr>
          <w:b/>
        </w:rPr>
        <w:t xml:space="preserve">1. </w:t>
      </w:r>
      <w:r>
        <w:t>лица, награжденные знаком "Жителю блокадного Ленинграда", лица, награжденные знаком "Житель осажденного Севастополя", лица, награжденные знаком "Житель осажденного Сталинграда"; (В редакции федеральных законов от 04.05.2000 № 57-ФЗ, от 22.12.2020 № 431-ФЗ, от 28.04.2023 № 137-ФЗ) 4) лица, проработавшие в тылу в период с 22 июня 1941 года по 9 мая 1945 года не менее шести месяцев, исключая период работы на временно оккупированных территориях СССР; лица, награжденные орденами или медалями СССР за самоотверженный труд в период Великой Отечественной войны</w:t>
      </w:r>
    </w:p>
    <w:p>
      <w:r>
        <w:rPr>
          <w:b/>
        </w:rPr>
        <w:t xml:space="preserve">1. </w:t>
      </w:r>
      <w:r>
        <w:t>военнослужащие, в том числе уволенные в запас (отставку), проходившие военную службу (включая воспитанников воинских частей и юнг) либо временно находившиеся в воинских частях, штабах и учреждениях, входивших в состав действующей армии в период гражданской войны, период Великой Отечественной войны или период других боевых операций по защите Отечества, а также партизаны и члены подпольных организаций, действовавших в период гражданской войны или период Великой Отечественной войны на временно оккупированных территориях СССР</w:t>
      </w:r>
    </w:p>
    <w:p>
      <w:r>
        <w:rPr>
          <w:b/>
        </w:rPr>
        <w:t xml:space="preserve">1. </w:t>
      </w:r>
      <w:r>
        <w:t>военнослужащие, в том числе уволенные в запас (отставку), лица рядового и начальствующего состава органов внутренних дел и органов государственной безопасности, проходившие в период Великой Отечественной войны службу в городах, участие в обороне которых засчитывается в выслугу лет для назначения пенсий на льготных условиях, установленных для военнослужащих воинских частей действующей армии</w:t>
      </w:r>
    </w:p>
    <w:p>
      <w:r>
        <w:rPr>
          <w:b/>
        </w:rPr>
        <w:t xml:space="preserve">1. </w:t>
      </w:r>
      <w:r>
        <w:t>лица вольнонаемного состава армии и флота, войск и органов внутренних дел, органов государственной безопасности, занимавшие в период Великой Отечественной войны штатные должности в воинских частях, штабах и учреждениях, входивших в состав действующей армии, либо находившиеся в указанный период в городах, участие в обороне которых засчитывается в выслугу лет для назначения пенсий на льготных условиях, установленных для военнослужащих воинских частей действующей армии</w:t>
      </w:r>
    </w:p>
    <w:p>
      <w:r>
        <w:rPr>
          <w:b/>
        </w:rPr>
        <w:t xml:space="preserve">1. </w:t>
      </w:r>
      <w:r>
        <w:t>сотрудники разведки, контрразведки, выполнявшие в период Великой Отечественной войны специальные задания в воинских частях, входивших в состав действующей армии, в тылу противника или на территориях других государств</w:t>
      </w:r>
    </w:p>
    <w:p>
      <w:r>
        <w:rPr>
          <w:b/>
        </w:rPr>
        <w:t xml:space="preserve">1. </w:t>
      </w:r>
      <w:r>
        <w:t>работники предприятий и военных объектов, наркоматов, ведомств, переведенные в период Великой Отечественной войны на положение лиц, состоящих в рядах Красной Армии, и выполнявшие задачи в интересах армии и флота в пределах тыловых границ действующих фронтов или операционных зон действующих флотов, а также работники учреждений и организаций (в том числе учреждений и организаций культуры и искусства), корреспонденты центральных газет, журналов, ТАСС, Совинформбюро и радио, кинооператоры Центральной студии документальных фильмов (кинохроники), командированные в период Великой Отечественной войны в действующую армию</w:t>
      </w:r>
    </w:p>
    <w:p>
      <w:r>
        <w:rPr>
          <w:b/>
        </w:rPr>
        <w:t xml:space="preserve">1. </w:t>
      </w:r>
      <w:r>
        <w:t>военнослужащие, в том числе уволенные в запас (отставку), лица рядового и начальствующего состава органов внутренних дел и органов государственной безопасности, бойцы и командный состав истребительных батальонов, взводов и отрядов защиты народа, принимавшие участие в боевых операциях по борьбе с десантами противника и боевых действиях совместно с воинскими частями, входившими в состав действующей армии, в период Великой Отечественной войны, а также принимавшие участие в боевых операциях по ликвидации националистического подполья на территориях Украины, Белоруссии, Литвы, Латвии и Эстонии в период с 1 января 1944 года по 31 декабря 1951 года. Лица, принимавшие участие в операциях по боевому тралению в подразделениях, не входивших в состав действующего флота, в период Великой Отечественной войны, а также привлекавшиеся организациями Осоавиахима СССР и органами местной власти к разминированию территорий и объектов, сбору боеприпасов и военной техники в период с 22 июня 1941 года по 9 мая 1945 года; (В редакции Федерального закона от 22.12.2014 № 426-ФЗ)</w:t>
      </w:r>
    </w:p>
    <w:p>
      <w:r>
        <w:rPr>
          <w:b/>
        </w:rPr>
        <w:t xml:space="preserve">1. </w:t>
      </w:r>
      <w:r>
        <w:t>лица, принимавшие участие в боевых действиях против фашистской Германии и ее союзников в составе партизанских отрядов, подпольных групп, других антифашистских формирований в период Великой Отечественной войны на территориях других государств</w:t>
      </w:r>
    </w:p>
    <w:p>
      <w:r>
        <w:rPr>
          <w:b/>
        </w:rPr>
        <w:t xml:space="preserve">1. </w:t>
      </w:r>
      <w:r>
        <w:t>военнослужащие, в том числе уволенные в запас (отставку), проходившие военную службу в воинских частях, учреждениях, военно-учебных заведениях, не входивших в состав действующей армии, в период с 22 июня 1941 года по 3 сентября 1945 года не менее шести месяцев; военнослужащие, награжденные орденами или медалями СССР за службу в указанный период</w:t>
      </w:r>
    </w:p>
    <w:p>
      <w:r>
        <w:rPr>
          <w:b/>
        </w:rPr>
        <w:t xml:space="preserve">1. </w:t>
      </w:r>
      <w:r>
        <w:t>лица, награжденные медалью "За оборону Ленинграда", инвалиды с детства вследствие ранения, контузии или увечья, связанных с боевыми действиями в период Великой Отечественной войны 1941 - 1945 годов; (Дополнение подпунктом - Федеральный закон от 04.05.2000 № 57-ФЗ) (В редакции Федерального закона от 09.05.2004 № 36-ФЗ) 2) лица, работавшие на объектах противовоздушной обороны, местной противовоздушной обороны, на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 члены экипажей судов транспортного флота, интернированные в начале Великой Отечественной войны в портах других государств</w:t>
      </w:r>
    </w:p>
    <w:p>
      <w:r>
        <w:rPr>
          <w:b/>
        </w:rPr>
        <w:t>Статья 3. Ветераны боевых действий</w:t>
      </w:r>
    </w:p>
    <w:p>
      <w:r>
        <w:rPr>
          <w:b/>
        </w:rPr>
        <w:t xml:space="preserve">1. </w:t>
      </w:r>
      <w:r>
        <w:t>К ветеранам боевых действий относятся</w:t>
      </w:r>
    </w:p>
    <w:p>
      <w:r>
        <w:rPr>
          <w:b/>
        </w:rPr>
        <w:t xml:space="preserve">2. </w:t>
      </w:r>
      <w:r>
        <w:t>(Пункт утратил силу - Федеральный закон от 22.08.2004 № 122-ФЗ)</w:t>
      </w:r>
    </w:p>
    <w:p>
      <w:r>
        <w:rPr>
          <w:b/>
        </w:rPr>
        <w:t xml:space="preserve">3. </w:t>
      </w:r>
      <w:r>
        <w:t>Перечень государств, городов, территорий и периодов ведения боевых действий с участием граждан Российской Федерации приводится в приложении к настоящему Федеральному закону. Изменения в указанный перечень вносятся федеральным законом</w:t>
      </w:r>
    </w:p>
    <w:p>
      <w:r>
        <w:rPr>
          <w:b/>
        </w:rPr>
        <w:t xml:space="preserve">4. </w:t>
      </w:r>
      <w:r>
        <w:t>Перечень территорий субъектов Российской Федерации, прилегающих к районам проведения специальной военной операции, определяется Правительством Российской Федерации. (Дополнение пунктом - Федеральный закон от 21.04.2025 № 83-ФЗ)</w:t>
      </w:r>
    </w:p>
    <w:p>
      <w:r>
        <w:rPr>
          <w:b/>
        </w:rPr>
        <w:t xml:space="preserve">1. </w:t>
      </w:r>
      <w:r>
        <w:t>военнослужащие, в том числе уволенные в запас (отставку), военнообязанные, призванные на военные сборы, лица рядового и начальствующего состава органов внутренних дел, войск национальной гвардии и органов государственной безопасности, работники указанных органов, работники Министерства обороны СССР и работники Министерства обороны Российской Федерации, сотрудники учреждений и органов уголовно-исполнительной системы, органов принудительного исполнения Российской Федерации, направленные в другие государства органами государственной власти СССР, органами государственной власти Российской Федерации и принимавшие участие в боевых действиях при исполнении служебных обязанностей в этих государствах, а также принимавшие участие в соответствии с решениями органов государственной власти Российской Федерации в боевых действиях на территории Российской Федерации; (В редакции федеральных законов от 27.11.2002 № 158-ФЗ, от 29.06.2004 № 58-ФЗ, от 29.07.2018 № 264-ФЗ, от 01.10.2019 № 328-ФЗ) 11) военнослужащие, лица рядового и начальствующего состава органов внутренних дел, войск национальной гвардии, Государственной противопожарной службы, учреждений и органов уголовно-исполнительной системы, органов принудительного исполнения Российской Федерации, прокуроры, сотрудники Следственного комитета Российской Федерации, в том числе уволенные в запас (отставку), выполнявшие задачи по отражению вооруженного вторжения на территорию Российской Федерации, а также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 (Дополнение подпунктом - Федеральный закон от 04.08.2022 № 360-ФЗ) (В редакции Федерального закона от 21.04.2025 № 83-ФЗ) 2) военнослужащие, в том числе уволенные в запас (отставку), лица рядового и начальствующего состава органов внутренних дел и органов государственной безопасности, лица, участвовавшие в операциях при выполнении правительственных боевых заданий по разминированию территорий и объектов на территории СССР и территориях других государств в период с 10 мая 1945 года по 31 декабря 1951 года, в том числе в операциях по боевому тралению в период с 10 мая 1945 года по 31 декабря 1957 года</w:t>
      </w:r>
    </w:p>
    <w:p>
      <w:r>
        <w:rPr>
          <w:b/>
        </w:rPr>
        <w:t xml:space="preserve">1. </w:t>
      </w:r>
      <w:r>
        <w:t>лица, принимавшие в соответствии с решениями органов исполнительной власти Республики Дагестан участие в боевых действиях в составе отрядов самообороны Республики Дагестан в период с августа по сентябрь 1999 года в ходе контртеррористических операций на территории Республики Дагестан; (Дополнение подпунктом - Федеральный закон от 02.08.2019 № 320-ФЗ) 22) лица, поступившие в созданные по решению органов государственной власти Российской Федерации добровольческие формирования, содействующие выполнению задач, возложенных на Вооруженные Силы Российской Федерации (войска национальной гвардии Российской Федерации), в ходе специальной военной операции, отражения вооруженного вторжения на территорию Российской Федерации, а также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 (Дополнение подпунктом - Федеральный закон от 21.11.2022 № 450-ФЗ) (В редакции Федерального закона от 21.04.2025 № 83-ФЗ) 23) лица, принимавшие в соответствии с решениями органов государственной власти Донецкой Народной Республики, Луганской Народной Республики участие в боевых действиях в составе Вооруженных Сил Донецкой Народной Республики, Народной милиции Луганской Народной Республики, воинских формирований и органов Донецкой Народной Республики и Луганской Народной Республики начиная с 11 мая 2014 года; (Дополнение подпунктом - Федеральный закон от 28.04.2023 № 148-ФЗ) 24) лица, заключившие контракт (имевшие иные правоотношения) с организациями, содействующими выполнению задач, возложенных на Вооруженные Силы Российской Федерации, в ходе специальной военной операции на территориях Украины, Донецкой Народной Республики и Луганской Народной Республики с 24 февраля 2022 года, а также на территориях Запорожской области и Херсонской области с 30 сентября 2022 года; (Дополнение подпунктом - Федеральный закон от 28.04.2023 № 148-ФЗ) 25) военнослужащие спасательных воинских формирований федерального органа исполнительной власти, уполномоченного на решение задач в области гражданской обороны, принимавшие участие в ходе специальной военной операции в проведении работ по поиску, обезвреживанию и (или) уничтожению взрывоопасных предметов на территориях Украины, Донецкой Народной Республики и Луганской Народной Республики с 24 февраля 2022 года, на территориях Запорожской области и Херсонской области с 30 сентября 2022 года; (Дополнение подпунктом - Федеральный закон от 07.07.2025 № 196-ФЗ) 26) лица, заключавшие в период с 1 октября 2022 года до 1 сентября 2023 года соглашения (имевшие иные правоотношения) с Министерством обороны Российской Федерации и выполнявшие задачи в составе специальных подразделений воинских частей в ходе специальной военной операции; (Дополнение подпунктом - Федеральный закон от 27.10.2025 № 387-ФЗ) 3) военнослужащие автомобильных батальонов, направлявшиеся в Афганистан в период ведения там боевых действий для доставки грузов</w:t>
      </w:r>
    </w:p>
    <w:p>
      <w:r>
        <w:rPr>
          <w:b/>
        </w:rPr>
        <w:t xml:space="preserve">1. </w:t>
      </w:r>
      <w:r>
        <w:t>военнослужащие летного состава, совершавшие с территории СССР вылеты на боевые задания в Афганистан в период ведения там боевых действий</w:t>
      </w:r>
    </w:p>
    <w:p>
      <w:r>
        <w:rPr>
          <w:b/>
        </w:rPr>
        <w:t xml:space="preserve">1. </w:t>
      </w:r>
      <w:r>
        <w:t>лица (включая членов летных экипажей воздушных судов гражданской авиации, выполнявших полеты в Афганистан в период ведения там боевых действий), обслуживавшие воинские части Вооруженных Сил СССР и Вооруженных Сил Российской Федерации, находившиеся на территориях других государств в период ведения там боевых действий, получившие в связи с этим ранения, контузии или увечья либо награжденные орденами или медалями СССР либо Российской Федерации за участие в обеспечении указанных боевых действий</w:t>
      </w:r>
    </w:p>
    <w:p>
      <w:r>
        <w:rPr>
          <w:b/>
        </w:rPr>
        <w:t xml:space="preserve">1. </w:t>
      </w:r>
      <w:r>
        <w:t>лица, направлявшиеся на работу в Афганистан в период с декабря 1979 года по декабрь 1989 года, отработавшие установленный при направлении срок либо откомандированные досрочно по уважительным причинам</w:t>
      </w:r>
    </w:p>
    <w:p>
      <w:r>
        <w:rPr>
          <w:b/>
        </w:rPr>
        <w:t xml:space="preserve">1. </w:t>
      </w:r>
      <w:r>
        <w:t>лица, направлявшиеся на работу для обеспечения выполнения специальных задач на территории Сирийской Арабской Республики с 30 сентября 2015 года, отработавшие установленный при направлении срок либо откомандированные досрочно по уважительным причинам; (Дополнение подпунктом - Федеральный закон от 03.07.2016 № 256-ФЗ) 8) прокуроры и следователи органов прокуратуры Российской Федерации, исполнявшие свои служебные обязанности в соответствии с решениями органов прокуратуры Российской Федерации в условиях вооруженного конфликта в Чеченской Республике и на прилегающих к ней территориях Российской Федерации, отнесенных к зоне вооруженного конфликта, с декабря 1994 года по декабрь 1996 года, прокуроры и следователи органов прокуратуры Российской Федерации, сотрудники Следственного комитета Российской Федерации, исполнявшие свои служебные обязанности в соответствии с решениями органов прокуратуры Российской Федерации или Следственного комитета Российской Федерации в ходе контртеррористических операций на территории Северо-Кавказского региона с августа 1999 года, прокуроры и сотрудники Следственного комитета Российской Федерации, исполнявшие свои служебные обязанности в соответствии с решениями органов прокуратуры Российской Федерации или Следственного комитета Российской Федерации на территории Сирийской Арабской Республики с 30 сентября 2015 года, в ходе специальной военной операции на территориях Украины, Донецкой Народной Республики и Луганской Народной Республики с 24 февраля 2022 года, на территориях Запорожской области и Херсонской области с 30 сентября 2022 года; (Дополнение подпунктом - Федеральный закон от 16.02.2022 № 14-ФЗ) (В редакции Федерального закона от 29.12.2025 № 572-ФЗ) 9) лица, направлявшиеся для обеспечения выполнения задач в ходе специальной военной операции на территориях Украины, Донецкой Народной Республики и Луганской Народной Республики с 24 февраля 2022 года, на территориях Запорожской области и Херсонской области с 30 сентября 2022 года, имеющие особые заслуги в выполнении указанных задач и при этом отработавшие на указанных территориях в общей сложности не менее шести месяцев либо откомандированные досрочно по уважительным причинам. (Дополнение подпунктом - Федеральный закон от 14.07.2022 № 281-ФЗ) (В редакции Федерального закона от 07.07.2025 № 196-ФЗ)</w:t>
      </w:r>
    </w:p>
    <w:p>
      <w:r>
        <w:rPr>
          <w:b/>
        </w:rPr>
        <w:t>Статья 4. Инвалиды Великой Отечественной войны и инвалиды боевых действий</w:t>
      </w:r>
    </w:p>
    <w:p>
      <w:r>
        <w:t>К инвалидам Великой Отечественной войны и инвалидам боевых действий (далее также - инвалиды войны) относятся: (В редакции Федерального закона от 22.07.2008 № 153-ФЗ) 1) военнослужащие, в том числе уволенные в запас (отставку), проходившие военную службу (включая воспитанников воинских частей и юнг) либо временно находившиеся в воинских частях, штабах и учреждениях, входивших в состав действующей армии, партизаны, члены подпольных организаций, действовавших в период гражданской войны или период Великой Отечественной войны на временно оккупированных территориях СССР, рабочие и служащие, работавшие в районах боевых действий, ставшие инвалидами вследствие ранения, контузии, увечья или заболевания, полученных в период гражданской войны или период Великой Отечественной войны в районах боевых действий, и приравненные по пенсионному обеспечению к военнослужащим воинских частей, входивших в состав действующей армии;</w:t>
      </w:r>
    </w:p>
    <w:p>
      <w:r>
        <w:t>военнослужащие, ставшие инвалидами вследствие ранения, контузии, увечья или заболевания, полученных при защите Отечества или исполнении обязанностей военной службы на фронте, в районах боевых действий в периоды, указанные в настоящем Федеральном законе</w:t>
      </w:r>
    </w:p>
    <w:p>
      <w:r>
        <w:t>военнослужащие, лица рядового и начальствующего состава органов внутренних дел, войск национальной гвардии, Государственной противопожарной службы, учреждений и органов уголовно-исполнительной системы, органов принудительного исполнения Российской Федерации, прокуроры, сотрудники Следственного комитета Российской Федерации, выполнявшие задачи по отражению вооруженного вторжения на территорию Российской Федерации, а также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 ставшие инвалидами вследствие ранения, контузии, увечья или заболевания, полученных при выполнении указанных задач; (Дополнение подпунктом - Федеральный закон от 04.08.2022 № 360-ФЗ) (В редакции Федерального закона от 21.04.2025 № 83-ФЗ) 3) лица рядового и начальствующего состава органов внутренних дел, войск национальной гвардии, Государственной противопожарной службы, учреждений и органов уголовно-исполнительной системы, органов принудительного исполнения Российской Федерации и органов государственной безопасности, прокуроры и следователи органов прокуратуры Российской Федерации, сотрудники Следственного комитета Российской Федерации, ставшие инвалидами вследствие ранения, контузии, увечья или заболевания, полученных при исполнении служебных обязанностей в районах боевых действий; (В редакции федеральных законов от 25.07.2002 № 116-ФЗ, от 19.06.2004 № 49-ФЗ, от 29.07.2018 № 264-ФЗ, от 01.10.2019 № 328-ФЗ, от 16.02.2022 № 14-ФЗ) 4) военнослужащие, лица рядового и начальствующего состава органов внутренних дел и органов государственной безопасности, бойцы и командный состав истребительных батальонов, взводов и отрядов защиты народа, ставшие инвалидами вследствие ранения, контузии, увечья или заболевания, полученных при выполнении боевых заданий в период с 22 июня 1941 года по 31 декабря 1951 года, а также при разминировании территорий и объектов на территории СССР и территориях других государств, включая операции по боевому тралению в период с 22 июня 1941 года по 31 декабря 1957 года согласно решениям Правительства СССР</w:t>
      </w:r>
    </w:p>
    <w:p>
      <w:r>
        <w:t>лица, привлекавшиеся организациями Осоавиахима СССР и органами местной власти к сбору боеприпасов и военной техники, разминированию территорий и объектов в период с 22 июня 1941 года по декабрь 1951 года и ставшие инвалидами вследствие ранения, контузии или увечья, полученных в указанный период; (В редакции Федерального закона от 22.12.2014 № 426-ФЗ) 6) лица, обслуживавшие действующие воинские части Вооруженных Сил СССР и Вооруженных Сил Российской Федерации, находившиеся на территориях других государств, и ставшие инвалидами вследствие ранения, контузии, увечья или заболевания, полученных в период ведения в этих государствах боевых действий</w:t>
      </w:r>
    </w:p>
    <w:p>
      <w:r>
        <w:t>лица, принимавшие в соответствии с решениями органов исполнительной власти Республики Дагестан участие в боевых действиях в составе отрядов самообороны Республики Дагестан в период с августа по сентябрь 1999 года в ходе контртеррористических операций на территории Республики Дагестан, получившие в этой связи в установленном законодательством Российской Федерации порядке удостоверение ветерана боевых действий, являющиеся инвалидами и подтвердившие в установленном законодательством Российской Федерации порядке, что инвалидность возникла вследствие ранения, контузии или увечья, полученных ими в составе отрядов самообороны Республики Дагестан в указанный период; (Дополнение подпунктом - Федеральный закон от 02.08.2019 № 320-ФЗ) 8) лица, поступившие в созданные по решению органов государственной власти Российской Федерации добровольческие формирования, содействующие выполнению задач, возложенных на Вооруженные Силы Российской Федерации (войска национальной гвардии Российской Федерации), в ходе специальной военной операции, отражения вооруженного вторжения на территорию Российской Федерации, а также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 и ставшие инвалидами вследствие ранения, контузии, увечья или заболевания, полученных в связи с исполнением обязанностей по контракту о пребывании в добровольческом формировании; (Дополнение подпунктом - Федеральный закон от 21.11.2022 № 450-ФЗ) (В редакции Федерального закона от 21.04.2025 № 83-ФЗ) 9) лица, принимавшие в соответствии с решениями органов государственной власти Донецкой Народной Республики, Луганской Народной Республики участие в боевых действиях в составе Вооруженных Сил Донецкой Народной Республики, Народной милиции Луганской Народной Республики, воинских формирований и органов Донецкой Народной Республики и Луганской Народной Республики начиная с 11 мая 2014 года, ставшие инвалидами вследствие ранения, контузии, увечья или заболевания, полученных в связи с участием в указанных боевых действиях; (Дополнение подпунктом - Федеральный закон от 28.04.2023 № 148-ФЗ) 10) лица, заключившие контракт (имевшие иные правоотношения) с организациями, содействующими выполнению задач, возложенных на Вооруженные Силы Российской Федерации, в ходе специальной военной операции на территориях Украины, Донецкой Народной Республики и Луганской Народной Республики с 24 февраля 2022 года, а также на территориях Запорожской области и Херсонской области с 30 сентября 2022 года, ставшие инвалидами вследствие ранения, контузии, увечья или заболевания, полученных в связи с исполнением обязанностей по содействию выполнению указанных задач; (Дополнение подпунктом - Федеральный закон от 28.04.2023 № 148-ФЗ) 11) военнослужащие спасательных воинских формирований федерального органа исполнительной власти, уполномоченного на решение задач в области гражданской обороны, принимавшие участие в ходе специальной военной операции в проведении работ по поиску, обезвреживанию и (или) уничтожению взрывоопасных предметов на территориях Украины, Донецкой Народной Республики и Луганской Народной Республики с 24 февраля 2022 года, на территориях Запорожской области и Херсонской области с 30 сентября 2022 года, ставшие инвалидами вследствие ранения, контузии, увечья или заболевания, полученных в связи с выполнением указанных работ; (Дополнение подпунктом - Федеральный закон от 07.07.2025 № 196-ФЗ) 12) лица, заключавшие в период с 1 октября 2022 года до 1 сентября 2023 года соглашения (имевшие иные правоотношения) с Министерством обороны Российской Федерации, выполнявшие задачи в составе специальных подразделений воинских частей в ходе специальной военной операции, ставшие инвалидами вследствие ранения, контузии, увечья или заболевания, полученных в связи с исполнением обязанностей по выполнению указанных задач. (Дополнение подпунктом - Федеральный закон от 27.10.2025 № 387-ФЗ)</w:t>
      </w:r>
    </w:p>
    <w:p>
      <w:r>
        <w:rPr>
          <w:b/>
        </w:rPr>
        <w:t>Статья 5. Ветераны военной службы</w:t>
      </w:r>
    </w:p>
    <w:p>
      <w:r>
        <w:rPr>
          <w:b/>
        </w:rPr>
        <w:t xml:space="preserve">1. </w:t>
      </w:r>
      <w:r>
        <w:t>Ветеранами военной службы являются военнослужащие, в том числе уволенные в запас (отставку)</w:t>
      </w:r>
    </w:p>
    <w:p>
      <w:r>
        <w:rPr>
          <w:b/>
        </w:rPr>
        <w:t xml:space="preserve">2. </w:t>
      </w:r>
      <w:r>
        <w:t>Для лиц, указанных в настоящей статье, устанавливается звание "Ветеран военной службы"</w:t>
      </w:r>
    </w:p>
    <w:p>
      <w:r>
        <w:rPr>
          <w:b/>
        </w:rPr>
        <w:t xml:space="preserve">3. </w:t>
      </w:r>
      <w:r>
        <w:t>Порядок и условия присвоения звания "Ветеран военной службы" определяются Президентом Российской Федерации</w:t>
      </w:r>
    </w:p>
    <w:p>
      <w:r>
        <w:rPr>
          <w:b/>
        </w:rPr>
        <w:t xml:space="preserve">1. </w:t>
      </w:r>
      <w:r>
        <w:t>проходящие (проходившие) военную службу в Вооруженных Силах Российской Федерации, других войсках, воинских формированиях и органах, в которых законодательством Российской Федерации предусмотрена военная служба, Вооруженных Силах СССР, Объединенных Вооруженных Силах государств - участников Содружества Независимых Государств, созданных в соответствии с Уставом Содружества Независимых Государств, или постоянно проживавшие в Автономной Республике Крым и городе Севастополе на день принятия в Российскую Федерацию Республики Крым и образования в составе Российской Федерации новых субъектов - Республики Крым и города федерального значения Севастополя, проходившие военную службу в дислоцированных на территориях Автономной Республики Крым и города Севастополя частях и организациях Вооруженных Сил Украины, других войсках, воинских формированиях и органах, в которых законодательством Украины была предусмотрена военная служба, или постоянно проживавшие по состоянию на 30 сентября 2022 года на территориях Донецкой Народной Республики, Луганской Народной Республики или выехавшие на постоянное место жительства в Российскую Федерацию, в том числе через территории третьих государств, с территории Донецкой Народной Республики в период с 7 апреля 2014 года по 29 сентября 2022 года, с территории Луганской Народной Республики в период с 27 апреля 2014 года по 29 сентября 2022 года, проходившие на территориях указанных республик военную службу в Вооруженных Силах Украины, Вооруженных Силах Донецкой Народной Республики, Народной милиции Луганской Народной Республики, воинских формированиях и органах Украины, Донецкой Народной Республики, Луганской Народной Республики, или постоянно проживавшие по состоянию на 30 сентября 2022 года на территориях Запорожской области, Херсонской области или выехавшие на постоянное место жительства в Российскую Федерацию, в том числе через территории третьих государств, с территорий Запорожской области, Херсонской области в период с 24 февраля 2022 года по 29 сентября 2022 года, проходившие на территориях указанных областей военную службу в Вооруженных Силах Украины, воинских формированиях и органах Украины, военно-гражданской администрации Запорожской области, военно-гражданской администрации Херсонской области, при условии, что они награждены орденами или медалями СССР или Российской Федерации, либо награждены знаками отличия Российской Федерации, либо удостоены почетных званий СССР или Российской Федерации, либо награждены почетными грамотами Президента Российской Федерации или удостоены благодарности Президента Российской Федерации, либо награждены ведомственными знаками отличия Вооруженных Сил Российской Федерации, других войск, воинских формирований и органов, в которых законодательством Российской Федерации предусмотрена военная служба, либо награждены наградами Донецкой Народной Республики, Луганской Народной Республики, либо награждены ведомственными знаками отличия Вооруженных Сил Донецкой Народной Республики, Народной милиции Луганской Народной Республики, воинских формирований и органов Донецкой Народной Республики, Луганской Народной Республики и имеют общую продолжительность военной службы 20 лет и более</w:t>
      </w:r>
    </w:p>
    <w:p>
      <w:r>
        <w:rPr>
          <w:b/>
        </w:rPr>
        <w:t xml:space="preserve">1. </w:t>
      </w:r>
      <w:r>
        <w:t>проходящие (проходившие) военную службу в Вооруженных Силах Российской Федерации, других войсках, воинских формированиях и органах, в которых законодательством Российской Федерации предусмотрена военная служба, Вооруженных Силах СССР, Объединенных Вооруженных Силах государств - участников Содружества Независимых Государств, созданных в соответствии с Уставом Содружества Независимых Государств, Вооруженных Силах Донецкой Народной Республики, Народной милиции Луганской Народной Республики, воинских формированиях и органах Донецкой Народной Республики, Луганской Народной Республики, ставшие инвалидами вследствие ранения, контузии, увечья или заболевания, полученных в связи с исполнением обязанностей военной службы. (Пункт в редакции Федерального закона от 08.08.2024 № 291-ФЗ)</w:t>
      </w:r>
    </w:p>
    <w:p>
      <w:r>
        <w:rPr>
          <w:b/>
        </w:rPr>
        <w:t>Статья 6</w:t>
      </w:r>
    </w:p>
    <w:p>
      <w:r>
        <w:t>(Статья утратила силу - Федеральный закон от 29.12.2015 № 388-ФЗ)</w:t>
      </w:r>
    </w:p>
    <w:p>
      <w:r>
        <w:rPr>
          <w:b/>
        </w:rPr>
        <w:t>Статья 7. Ветераны труда</w:t>
      </w:r>
    </w:p>
    <w:p>
      <w:r>
        <w:rPr>
          <w:b/>
        </w:rPr>
        <w:t xml:space="preserve">1. </w:t>
      </w:r>
      <w:r>
        <w:t>Ветеранами труда являются лица</w:t>
      </w:r>
    </w:p>
    <w:p>
      <w:r>
        <w:rPr>
          <w:b/>
        </w:rPr>
        <w:t xml:space="preserve">11. </w:t>
      </w:r>
      <w:r>
        <w:t>Порядок учреждения ведомственных знаков отличия, дающих право на присвоение звания "Ветеран труда", федеральными органами исполнительной власти, руководство деятельностью которых осуществляет Правительство Российской Федерации, и награждения указанными знаками отличия определяется Правительством Российской Федерации. Порядок учреждения ведомственных знаков отличия, дающих право на присвоение звания "Ветеран труда", иными федеральными государственными органами, Центральным банком Российской Федерации (Банком России), государственными корпорациями и награждения указанными знаками отличия определяется указанными органами, Центральным банком Российской Федерации (Банком России), организациями, если иное не установлено законодательством Российской Федерации. (Дополнение пунктом - Федеральный закон от 29.12.2015 № 388-ФЗ) (В редакции Федерального закона от 01.04.2025 № 53-ФЗ)</w:t>
      </w:r>
    </w:p>
    <w:p>
      <w:r>
        <w:rPr>
          <w:b/>
        </w:rPr>
        <w:t xml:space="preserve">2. </w:t>
      </w:r>
      <w:r>
        <w:t>(Пункт утратил силу - Федеральный закон от 22.08.2004 № 122-ФЗ)</w:t>
      </w:r>
    </w:p>
    <w:p>
      <w:r>
        <w:rPr>
          <w:b/>
        </w:rPr>
        <w:t xml:space="preserve">3. </w:t>
      </w:r>
      <w:r>
        <w:t>(Пункт утратил силу - Федеральный закон от 22.08.2004 № 122-ФЗ)</w:t>
      </w:r>
    </w:p>
    <w:p>
      <w:r>
        <w:rPr>
          <w:b/>
        </w:rPr>
        <w:t xml:space="preserve">4. </w:t>
      </w:r>
      <w:r>
        <w:t>Порядок и условия присвоения звания "Ветеран труда" определяются законами и иными нормативными правовыми актами субъектов Российской Федерации. (Дополнение пунктом - Федеральный закон от 19.12.2005 № 163-ФЗ)</w:t>
      </w:r>
    </w:p>
    <w:p>
      <w:r>
        <w:rPr>
          <w:b/>
        </w:rPr>
        <w:t xml:space="preserve">1. </w:t>
      </w:r>
      <w:r>
        <w:t>имеющие удостоверение "Ветеран труда"</w:t>
      </w:r>
    </w:p>
    <w:p>
      <w:r>
        <w:rPr>
          <w:b/>
        </w:rPr>
        <w:t xml:space="preserve">1. </w:t>
      </w:r>
      <w:r>
        <w:t>награжденные орденами или медалями СССР или Российской Федерации, либо удостоенные почетных званий СССР или Российской Федерации, либо награжденные почетными грамотами Президента Российской Федерации или удостоенные благодарности Президента Российской Федерации, либо награжденные ведомственными знаками отличия за заслуги в труде (службе) и продолжительную работу (службу) не менее 15 лет в соответствующей сфере деятельности (отрасли экономики) и имеющие трудовой (страховой) стаж, учитываемый для назначения пенсии, не менее 25 лет для мужчин и 20 лет для женщин или выслугу лет, необходимую для назначения пенсии за выслугу лет в календарном исчислении; лица, начавшие трудовую деятельность в несовершеннолетнем возрасте в период Великой Отечественной войны и имеющие трудовой (страховой) стаж не менее 40 лет для мужчин и 35 лет для женщин. (В редакции Федерального закона от 29.12.2015 № 388-ФЗ) (Пункт в редакции Федерального закона от 22.08.2004 № 122-ФЗ)</w:t>
      </w:r>
    </w:p>
    <w:p>
      <w:r>
        <w:rPr>
          <w:b/>
        </w:rPr>
        <w:t>Статья 8. Государственная политика в отношении ветеранов</w:t>
      </w:r>
    </w:p>
    <w:p>
      <w:r>
        <w:t>Государственная политика в отношении ветеранов предусматривает</w:t>
      </w:r>
    </w:p>
    <w:p>
      <w:r>
        <w:t>создание соответствующих структур по делам ветеранов в органах государственной власти</w:t>
      </w:r>
    </w:p>
    <w:p>
      <w:r>
        <w:t>реализацию мер социальной поддержки, установленных настоящим Федеральным законом и иными нормативными правовыми актами для ветеранов и членов их семей; (В редакции Федерального закона от 22.08.2004 № 122-ФЗ) 3) выделение из федерального бюджета, бюджетов субъектов Российской Федерации средств, необходимых для реализации мер социальной поддержки, указанных в настоящем Федеральном законе; (В редакции Федерального закона от 22.08.2004 № 122-ФЗ) 4) пропаганду с использованием средств массовой информации важности добросовестной военной службы и трудовой деятельности, значения государственных наград за ратные и трудовые подвиги</w:t>
      </w:r>
    </w:p>
    <w:p>
      <w:r>
        <w:rPr>
          <w:b/>
        </w:rPr>
        <w:t>Статья 9. Организационные основы реализации функций органов государственной власти по делам ветеранов</w:t>
      </w:r>
    </w:p>
    <w:p>
      <w:r>
        <w:rPr>
          <w:b/>
        </w:rPr>
        <w:t xml:space="preserve">1. </w:t>
      </w:r>
      <w:r>
        <w:t>Реализация государственной политики в отношении ветеранов осуществляется федеральными органами государственной власти, органами государственной власти субъектов Российской Федерации и органами местного самоуправления</w:t>
      </w:r>
    </w:p>
    <w:p>
      <w:r>
        <w:rPr>
          <w:b/>
        </w:rPr>
        <w:t xml:space="preserve">2. </w:t>
      </w:r>
      <w:r>
        <w:t>(Пункт утратил силу - Федеральный закон от 22.08.2004 № 122-ФЗ)</w:t>
      </w:r>
    </w:p>
    <w:p>
      <w:r>
        <w:rPr>
          <w:b/>
        </w:rPr>
        <w:t>Статья 10. Расходные обязательства по социальной защите и социальной поддержке ветеранов</w:t>
      </w:r>
    </w:p>
    <w:p>
      <w:r>
        <w:rPr>
          <w:b/>
        </w:rPr>
        <w:t xml:space="preserve">1. </w:t>
      </w:r>
      <w:r>
        <w:t>Меры социальной поддержки, установленные статьями 14 - 19 и 21 настоящего Федерального закона и принимаемыми в соответствии с ним нормативными правовыми актами Правительства Российской Федерации, являются расходными обязательствами Российской Федерации</w:t>
      </w:r>
    </w:p>
    <w:p>
      <w:r>
        <w:rPr>
          <w:b/>
        </w:rPr>
        <w:t xml:space="preserve">2. </w:t>
      </w:r>
      <w:r>
        <w:t>Меры социальной поддержки, устанавливаемые законами и иными нормативными правовыми актами субъектов Российской Федерации в соответствии со статьями 20 и 22 настоящего Федерального закона, являются расходными обязательствами субъектов Российской Федерации</w:t>
      </w:r>
    </w:p>
    <w:p>
      <w:r>
        <w:rPr>
          <w:b/>
        </w:rPr>
        <w:t xml:space="preserve">3. </w:t>
      </w:r>
      <w:r>
        <w:t>В дополнение к мерам социальной поддержки, установленным статьями 14 - 19 и 21 настоящего Федерального закона, субъекты Российской Федерации могут устанавливать иные меры социальной поддержки законами субъектов Российской Федерации и принимаемыми в соответствии с ними нормативными правовыми актами. Дополнительные меры социальной поддержки, установленные в соответствии с настоящим пунктом, являются расходными обязательствами субъектов Российской Федерации. (Статья в редакции Федерального закона от 22.08.2004 № 122-ФЗ)</w:t>
      </w:r>
    </w:p>
    <w:p>
      <w:r>
        <w:rPr>
          <w:b/>
        </w:rPr>
        <w:t>Статья 11. Законодательство Российской Федерации о ветеранах</w:t>
      </w:r>
    </w:p>
    <w:p>
      <w:r>
        <w:rPr>
          <w:b/>
        </w:rPr>
        <w:t xml:space="preserve">1. </w:t>
      </w:r>
      <w:r>
        <w:t>Законодательство Российской Федерации о ветеранах состоит из настоящего Федерального закона, других федеральных законов и иных нормативных правовых актов, законов и иных нормативных правовых актов субъектов Российской Федерации. (В редакции Федерального закона от 22.08.2004 № 122-ФЗ)</w:t>
      </w:r>
    </w:p>
    <w:p>
      <w:r>
        <w:rPr>
          <w:b/>
        </w:rPr>
        <w:t xml:space="preserve">2. </w:t>
      </w:r>
      <w:r>
        <w:t>Если международным договором Российской Федерации установлены иные правила, чем предусмотренные настоящим Федеральным законом, то применяются правила международного договора</w:t>
      </w:r>
    </w:p>
    <w:p>
      <w:r>
        <w:rPr>
          <w:b/>
        </w:rPr>
        <w:t xml:space="preserve">3. </w:t>
      </w:r>
      <w:r>
        <w:t>(Пункт утратил силу - Федеральный закон от 22.08.2004 № 122-ФЗ)</w:t>
      </w:r>
    </w:p>
    <w:p>
      <w:r>
        <w:rPr>
          <w:b/>
        </w:rPr>
        <w:t xml:space="preserve">4. </w:t>
      </w:r>
      <w:r>
        <w:t>(Пункт утратил силу - Федеральный закон от 22.08.2004 № 122-ФЗ)</w:t>
      </w:r>
    </w:p>
    <w:p>
      <w:r>
        <w:rPr>
          <w:b/>
        </w:rPr>
        <w:t xml:space="preserve">5. </w:t>
      </w:r>
      <w:r>
        <w:t>(Пункт утратил силу - Федеральный закон от 22.08.2004 № 122-ФЗ)</w:t>
      </w:r>
    </w:p>
    <w:p>
      <w:r>
        <w:rPr>
          <w:b/>
        </w:rPr>
        <w:t xml:space="preserve">6. </w:t>
      </w:r>
      <w:r>
        <w:t>Решения межгосударственных органов, принятые на основании положений международных договоров Российской Федерации в их истолковании, противоречащем Конституции Российской Федерации, не подлежат исполнению в Российской Федерации. Такое противоречие может быть установлено в порядке, определенном федеральным конституционным законом. (Дополнение пунктом - Федеральный закон от 08.12.2020 № 429-ФЗ)</w:t>
      </w:r>
    </w:p>
    <w:p>
      <w:r>
        <w:rPr>
          <w:b/>
        </w:rPr>
        <w:t>Статья 12. Сфера применения настоящего Федерального закона</w:t>
      </w:r>
    </w:p>
    <w:p>
      <w:r>
        <w:t>Настоящий Федеральный закон распространяется на граждан Российской Федерации, а также на постоянно проживающих на территории Российской Федерации иностранных граждан и лиц без гражданства, относящихся к категориям ветеранов, указанным в статьях 2 - 4 настоящего Федерального закона. Меры социальной поддержки иностранных граждан и лиц без гражданства, относящихся к категориям ветеранов, указанным в статьях 2 - 4 настоящего Федерального закона, временно проживающих или временно пребывающих на территории Российской Федерации, определяются международными договорами Российской Федерации. (В редакции Федерального закона от 22.08.2004 № 122-ФЗ)</w:t>
      </w:r>
    </w:p>
    <w:p>
      <w:pPr>
        <w:pStyle w:val="Heading3"/>
      </w:pPr>
      <w:r>
        <w:t>СОЦИАЛЬНАЯ ЗАЩИТА ВЕТЕРАНОВ</w:t>
      </w:r>
    </w:p>
    <w:p>
      <w:r>
        <w:rPr>
          <w:b/>
        </w:rPr>
        <w:t>Статья 13. Социальная поддержка ветеранов</w:t>
      </w:r>
    </w:p>
    <w:p>
      <w:r>
        <w:t>(Наименование в редакции Федерального закона от 22.08.2004 № 122-ФЗ)</w:t>
      </w:r>
    </w:p>
    <w:p>
      <w:r>
        <w:rPr>
          <w:b/>
        </w:rPr>
        <w:t xml:space="preserve">1. </w:t>
      </w:r>
      <w:r>
        <w:t>Социальная поддержка ветеранов предусматривает осуществление системы мер, включающей</w:t>
      </w:r>
    </w:p>
    <w:p>
      <w:r>
        <w:rPr>
          <w:b/>
        </w:rPr>
        <w:t xml:space="preserve">2. </w:t>
      </w:r>
      <w:r>
        <w:t>(Пункт утратил силу - Федеральный закон от 22.08.2004 № 122-ФЗ)</w:t>
      </w:r>
    </w:p>
    <w:p>
      <w:r>
        <w:rPr>
          <w:b/>
        </w:rPr>
        <w:t xml:space="preserve">3. </w:t>
      </w:r>
      <w:r>
        <w:t>При наличии у ветерана права на получение одной и той же формы социальной поддержки по нескольким основаниям социальная поддержка предоставляется по одному основанию по выбору ветерана, за исключением случаев, предусмотренных законодательством. (В редакции Федерального закона от 22.08.2004 № 122-ФЗ)</w:t>
      </w:r>
    </w:p>
    <w:p>
      <w:r>
        <w:rPr>
          <w:b/>
        </w:rPr>
        <w:t xml:space="preserve">1. </w:t>
      </w:r>
      <w:r>
        <w:t>пенсионное обеспечение, выплату пособий в соответствии с законодательством Российской Федерации</w:t>
      </w:r>
    </w:p>
    <w:p>
      <w:r>
        <w:rPr>
          <w:b/>
        </w:rPr>
        <w:t xml:space="preserve">1. </w:t>
      </w:r>
      <w:r>
        <w:t>получение ежемесячной денежной выплаты</w:t>
      </w:r>
    </w:p>
    <w:p>
      <w:r>
        <w:rPr>
          <w:b/>
        </w:rPr>
        <w:t xml:space="preserve">1. </w:t>
      </w:r>
      <w:r>
        <w:t>предоставление жилых помещений; (В редакции Федерального закона от 29.06.2015 № 176-ФЗ) 4) компенсацию расходов на оплату жилых помещений и коммунальных услуг; (В редакции Федерального закона от 29.06.2015 № 176-ФЗ) 5) оказание медицинской помощи и протезно-ортопедической помощи. (В редакции Федерального закона от 25.11.2013 № 317-ФЗ) (Пункт в редакции Федерального закона от 22.08.2004 № 122-ФЗ)</w:t>
      </w:r>
    </w:p>
    <w:p>
      <w:r>
        <w:rPr>
          <w:b/>
        </w:rPr>
        <w:t>Статья 14. Меры социальной поддержки инвалидов войны</w:t>
      </w:r>
    </w:p>
    <w:p>
      <w:r>
        <w:t>(Наименование в редакции Федерального закона от 22.08.2004 № 122-ФЗ)</w:t>
      </w:r>
    </w:p>
    <w:p>
      <w:r>
        <w:rPr>
          <w:b/>
        </w:rPr>
        <w:t xml:space="preserve">1. </w:t>
      </w:r>
      <w:r>
        <w:t>Инвалидам войны предоставляются следующие меры социальной поддержки: (В редакции Федерального закона от 22.08.2004 № 122-ФЗ) 1) льготы по пенсионному обеспечению в соответствии с законодательством; (В редакции Федерального закона от 22.08.2004 № 122-ФЗ) 2) (Подпункт утратил силу - Федеральный закон от 22.08.2004 № 122-ФЗ) 3) (Подпункт утратил силу - Федеральный закон от 22.08.2004 № 122-ФЗ) 4) обеспечение за счет средств федерального бюджета жильем инвалидов Великой Отечественной войны, нуждающихся в улучшении жилищных условий, инвалидов боевых действий, нуждающихся в улучшении жилищных условий и вставших на учет до 1 января 2005 года, которое осуществляется в соответствии с положениями статьи 232 настоящего Федерального закона. Инвалиды Великой Отечественной войны имеют право на получение мер социальной поддержки по обеспечению жильем один раз. Инвалиды боевых действий, вставшие на учет после 1 января 2005 года, обеспечиваются жильем в соответствии с жилищным законодательством Российской Федерации. Инвалиды Великой Отечественной войны обеспечиваются жильем независимо от их имущественного положения; (В редакции федеральных законов от 29.06.2009 № 135-ФЗ; от 21.12.2009 № 327-ФЗ; от 06.05.2010 № 79-ФЗ) 5) внеочередная установка квартирного телефона; (В редакции Федерального закона от 22.08.2004 № 122-ФЗ) 6) (Подпункт утратил силу - Федеральный закон от 22.08.2004 № 122-ФЗ) 7) преимущество при вступлении в жилищные, жилищно-строительные, гаражные кооперативы, первоочередное право на приобретение садовых земельных участков или огородных земельных участков; (В редакции федеральных законов от 22.08.2004 № 122-ФЗ; от 29.07.2017 № 217-ФЗ) 8) компенсация расходов на оплату жилых помещений и коммунальных услуг в размере 50 процентов: платы за наем и (или) платы за содержание жилого помещения исходя из занимаемой соответственно нанимателями либо собственниками общей площади жилых помещений (в коммунальных квартирах - занимаемой жилой площади); взноса на капитальный ремонт общего имущества в многоквартирном доме, но не более 50 процентов указанного взноса, рассчитанного исходя из минимального размера взноса на капитальный ремонт на один квадратный метр общей площади жилого помещения в месяц, установленного нормативным правовым актом субъекта Российской Федерации, и занимаемой общей площади жилых помещений (в коммунальных квартирах - занимаемой жилой площади); платы за коммунальные услуги, рассчитанной исходя из объема потребляемых коммунальных услуг, определенного по показаниям приборов учета, но не более нормативов потребления, утверждаемых в установленном законодательством Российской Федерации порядке. При отсутствии указанных приборов учета плата за коммунальные услуги рассчитывается исходя из нормативов потребления коммунальных услуг, утверждаемых в установленном законодательством Российской Федерации порядке; оплаты стоимости топлива, приобретаемого в пределах норм, установленных для продажи населению, и транспортных услуг для доставки этого топлива - при проживании в домах, не имеющих центрального отопления. Обеспечение топливом инвалидов войны производится в первоочередном порядке. Меры социальной поддержки по оплате жилых помещений и коммунальных услуг предоставляются лицам, проживающим в жилых помещениях независимо от вида жилищного фонда, а также членам семей инвалидов войны, совместно с ними проживающим, и не распространяются на установленные Правительством Российской Федерации случаи применения повышающих коэффициентов к нормативам потребления коммунальных услуг; (Подпункт в редакции Федерального закона от 29.06.2015 № 176-ФЗ) 9) (Подпункт утратил силу - Федеральный закон от 29.06.2015 № 176-ФЗ) 10) (Подпункт утратил силу - Федеральный закон от 22.08.2004 № 122-ФЗ) 11) сохранение права на получение медицинской помощи в медицинских организациях, к которым указанные лица были прикреплены в период работы до выхода на пенсию, а также внеочередное оказание медицинской помощи в рамках программы государственных гарантий бесплатного оказания гражданам медицинской помощи (в том числе прохождение ежегодной диспансеризации) в медицинских организациях (в том числе в госпиталях ветеранов войн), подведомственных федеральным органам исполнительной власти, в порядке, установленном Правительством Российской Федерации, в медицинских организациях, подведомственных исполнительным органам государственной власти субъектов Российской Федерации, - законами и иными нормативными правовыми актами субъектов Российской Федерации; (В редакции федеральных законов от 25.11.2013 № 317-ФЗ; от 23.05.2016 № 149-ФЗ) 12) (Подпункт утратил силу - Федеральный закон от 22.08.2004 № 122-ФЗ) 13) обеспечение протезами (кроме зубных протезов) и протезно-ортопедическими изделиями в порядке, установленном Правительством Российской Федерации; (В редакции Федерального закона от 29.10.2024 № 367-ФЗ) 14) (Подпункт утратил силу - Федеральный закон от 24.07.2009 № 213-ФЗ) 15) (Подпункт утратил силу - Федеральный закон от 02.07.2013 № 185-ФЗ) 16) профессиональное обучение, дополнительное профессиональное образование за счет средств работодателя; (В редакции Федерального закона от 02.07.2013 № 185-ФЗ) 17) использование ежегодного отпуска в удобное для них время и предоставление отпуска без сохранения заработной платы сроком до 60 календарных дней в году. Инвалидам войны I и II групп при недостаточности ежегодного и ежегодного дополнительного отпусков для лечения и проезда в санаторно-курортные организации и обратно разрешается выдавать листки временной нетрудоспособности на необходимое число дней и производить выплату пособий по государственному социальному страхованию независимо от того, кем и за чей счет предоставлена путевка; (В редакции Федерального закона от 08.05.2005 № 41-ФЗ) 18) (Подпункт утратил силу - Федеральный закон от 22.08.2004 № 122-ФЗ) 19) (Подпункт утратил силу - Федеральный закон от 22.08.2004 № 122-ФЗ) 20) (Подпункт утратил силу - Федеральный закон от 22.08.2004 № 122-ФЗ) 21) (Подпункт утратил силу - Федеральный закон от 22.08.2004 № 122-ФЗ) 22) (Подпункт утратил силу - Федеральный закон от 22.08.2004 № 122-ФЗ) 23) (Подпункт утратил силу - Федеральный закон от 22.08.2004 № 122-ФЗ) 24) (Подпункт утратил силу - Федеральный закон от 22.08.2004 № 122-ФЗ) 25) (Подпункт утратил силу - Федеральный закон от 22.08.2004 № 122-ФЗ) 26) (Подпункт утратил силу - Федеральный закон от 22.08.2004 № 122-ФЗ) 27) (Подпункт утратил силу - Федеральный закон от 22.08.2004 № 122-ФЗ) 28) внеочередное пользование всеми видами услуг организаций связи, организаций культуры и физкультурно-спортивных организаций, внеочередное приобретение билетов на все виды транспорта, внеочередное обслуживание предприятиями розничной торговли и бытового обслуживания; (В редакции Федерального закона от 30.12.2020 № 508-ФЗ) 29) внеочередной прием в организации социального обслуживания, предоставляющие социальные услуги в стационарной форме, в полустационарной форме, внеочередное обслуживание организациями социального обслуживания, предоставляющими социальные услуги в форме социального обслуживания на дому. (В редакции Федерального закона от 28.11.2015 № 358-ФЗ)</w:t>
      </w:r>
    </w:p>
    <w:p>
      <w:r>
        <w:rPr>
          <w:b/>
        </w:rPr>
        <w:t xml:space="preserve">2. </w:t>
      </w:r>
      <w:r>
        <w:t>Ликвидация госпиталей ветеранов войн допускается только по решению Правительства Российской Федерации</w:t>
      </w:r>
    </w:p>
    <w:p>
      <w:r>
        <w:rPr>
          <w:b/>
        </w:rPr>
        <w:t xml:space="preserve">3. </w:t>
      </w:r>
      <w:r>
        <w:t>Меры социальной поддержки, предоставляемые инвалидам боевых действий, распространяются на военнослужащих и лиц рядового и начальствующего состава органов внутренних дел, войск национальной гвардии, Государственной противопожарной службы, учреждений и органов уголовно-исполнительной системы, органов принудительного исполнения Российской Федерации, прокуроров и следователей органов прокуратуры Российской Федерации, сотрудников Следственного комитета Российской Федерации, ставших инвалидами вследствие ранения, контузии или увечья, полученных при исполнении обязанностей военной службы (служебных обязанностей). (В редакции федеральных законов от 25.07.2002 № 116-ФЗ, от 19.06.2004 № 49-ФЗ, от 22.08.2004 № 122-ФЗ, от 29.06.2009 № 135-ФЗ, от 29.07.2018 № 264-ФЗ, от 01.10.2019 № 328-ФЗ, от 16.02.2022 № 14-ФЗ)</w:t>
      </w:r>
    </w:p>
    <w:p>
      <w:r>
        <w:rPr>
          <w:b/>
        </w:rPr>
        <w:t>Статья 15. Меры социальной поддержки участников Великой Отечественной войны</w:t>
      </w:r>
    </w:p>
    <w:p>
      <w:r>
        <w:t>(Наименование в редакции Федерального закона от 22.08.2004 № 122-ФЗ)</w:t>
      </w:r>
    </w:p>
    <w:p>
      <w:r>
        <w:rPr>
          <w:b/>
        </w:rPr>
        <w:t xml:space="preserve">1. </w:t>
      </w:r>
      <w:r>
        <w:t>Участникам Великой Отечественной войны из числа лиц, указанных в подпунктах "а" - "ж" и "и" подпункта 1 пункта 1 статьи 2 настоящего Федерального закона, предоставляются следующие меры социальной поддержки: (В редакции федеральных законов от 04.05.2000 № 57-ФЗ; от 22.08.2004 № 122-ФЗ) 1) льготы по пенсионному обеспечению в соответствии с законодательством; (В редакции Федерального закона от 22.08.2004 № 122-ФЗ) 2) (Подпункт утратил силу - Федеральный закон от 22.08.2004 № 122-ФЗ) 3) обеспечение за счет средств федерального бюджета жильем участников Великой Отечественной войны, нуждающихся в улучшении жилищных условий, которое осуществляется в соответствии с положениями статьи 232 настоящего Федерального закона. Участники Великой Отечественной войны имеют право на получение мер социальной поддержки по обеспечению жильем один раз, при этом обеспечение жильем осуществляется независимо от их имущественного положения; (В редакции федеральных законов от 29.12.2004 № 199-ФЗ; от 29.06.2009 № 135-ФЗ; от 21.12.2009 № 327-ФЗ; от 06.05.2010 № 79-ФЗ) 4) (Подпункт утратил силу - Федеральный закон от 22.08.2004 № 122-ФЗ) 5) компенсация расходов на оплату жилых помещений и коммунальных услуг в размере 50 процентов: платы за наем и (или) платы за содержание жилого помещения, включающей в себя плату за услуги, работы по управлению многоквартирным домом, за содержание и текущий ремонт общего имущества в многоквартирном доме, исходя из занимаемой соответственно нанимателями либо собственниками общей площади жилых помещений (в коммунальных квартирах - занимаемой жилой площади), в том числе членам семей участников Великой Отечественной войны, совместно с ними проживающим; взноса на капитальный ремонт общего имущества в многоквартирном доме, но не более 50 процентов указанного взноса, рассчитанного исходя из минимального размера взноса на капитальный ремонт на один квадратный метр общей площади жилого помещения в месяц, установленного нормативным правовым актом субъекта Российской Федерации, и занимаемой общей площади жилых помещений (в коммунальных квартирах - занимаемой жилой площади), в том числе членам семей участников Великой Отечественной войны, совместно с ними проживающим; платы за холодную воду, горячую воду, электрическую энергию, потребляемые при содержании общего имущества в многоквартирном доме, а также за отведение сточных вод в целях содержания общего имущества в многоквартирном доме; (В редакции Федерального закона от 30.10.2017 № 307-ФЗ) платы за коммунальные услуги, рассчитанной исходя из объема потребляемых коммунальных услуг, определенного по показаниям приборов учета, но не более нормативов потребления, утверждаемых в установленном законодательством Российской Федерации порядке. При отсутствии указанных приборов учета плата за коммунальные услуги рассчитывается исходя из нормативов потребления коммунальных услуг, утверждаемых в установленном законодательством Российской Федерации порядке; оплаты стоимости топлива, приобретаемого в пределах норм, установленных для продажи населению, и транспортных услуг для доставки этого топлива - при проживании в домах, не имеющих центрального отопления. Обеспечение топливом участников Великой Отечественной войны производится в первоочередном порядке. Меры социальной поддержки по оплате жилых помещений и коммунальных услуг предоставляются лицам, проживающим в жилых помещениях независимо от вида жилищного фонда, и не распространяются на установленные Правительством Российской Федерации случаи применения повышающих коэффициентов к нормативам потребления коммунальных услуг; (Подпункт в редакции Федерального закона от 29.06.2015 № 176-ФЗ) 6) (Подпункт утратил силу - Федеральный закон от 29.06.2015 № 176-ФЗ) 7) (Подпункт утратил силу - Федеральный закон от 22.08.2004 № 122-ФЗ) 8) внеочередная установка квартирного телефона;</w:t>
      </w:r>
    </w:p>
    <w:p>
      <w:r>
        <w:rPr>
          <w:b/>
        </w:rPr>
        <w:t xml:space="preserve">2. </w:t>
      </w:r>
      <w:r>
        <w:t>Участникам Великой Отечественной войны, ставшим инвалидами вследствие общего заболевания, трудового увечья или других причин (кроме лиц, инвалидность которых наступила вследствие их противоправных действий), предоставляются меры социальной поддержки инвалидов войны в соответствии с установленной группой инвалидности без дополнительного экспертного медицинского освидетельствования. (В редакции Федерального закона от 22.08.2004 № 122-ФЗ)</w:t>
      </w:r>
    </w:p>
    <w:p>
      <w:r>
        <w:rPr>
          <w:b/>
        </w:rPr>
        <w:t xml:space="preserve">1. </w:t>
      </w:r>
      <w:r>
        <w:t>преимущество при вступлении в жилищные, жилищно-строительные, гаражные кооперативы, первоочередное право на приобретение садовых земельных участков или огородных земельных участков; (В редакции федеральных законов от 22.08.2004 № 122-ФЗ; от 29.07.2017 № 217-ФЗ) 10) сохранение права на получение медицинской помощи в медицинских организациях, к которым указанные лица были прикреплены в период работы до выхода на пенсию, а также внеочередное оказание медицинской помощи в рамках программы государственных гарантий бесплатного оказания гражданам медицинской помощи в медицинских организациях (в том числе в госпиталях ветеранов войн), подведомственных федеральным органам исполнительной власти, в порядке, установленном Правительством Российской Федерации, в медицинских организациях, подведомственных исполнительным органам государственной власти субъектов Российской Федерации, - законами и иными нормативными правовыми актами субъектов Российской Федерации; (В редакции федеральных законов от 25.11.2013 № 317-ФЗ; от 23.05.2016 № 149-ФЗ) 11) (Подпункт утратил силу - Федеральный закон от 22.08.2004 № 122-ФЗ) 12) обеспечение протезами (кроме зубных протезов) и протезно-ортопедическими изделиями в порядке, установленном Правительством Российской Федерации; (В редакции Федерального закона от 29.10.2024 № 367-ФЗ) 13) использование ежегодного отпуска в удобное для них время и предоставление отпуска без сохранения заработной платы сроком до 35 календарных дней в году; (В редакции Федерального закона от 08.05.2005 № 41-ФЗ) 14) (Подпункт утратил силу - Федеральный закон от 22.08.2004 № 122-ФЗ) 15) (Подпункт утратил силу - Федеральный закон от 22.08.2004 № 122-ФЗ) 16) (Подпункт утратил силу - Федеральный закон от 22.08.2004 № 122-ФЗ) 17) (Подпункт утратил силу - Федеральный закон от 22.08.2004 № 122-ФЗ) 18) (Подпункт утратил силу - Федеральный закон от 22.08.2004 № 122-ФЗ) 19) преимущественное пользование всеми видами услуг организаций связи, организаций культуры и физкультурно-спортивных организаций, внеочередное приобретение билетов на все виды транспорта, внеочередное обслуживание предприятиями розничной торговли и бытового обслуживания; (В редакции Федерального закона от 30.12.2020 № 508-ФЗ) 20) внеочередной прием в организации социального обслуживания, предоставляющие социальные услуги в стационарной форме, в полустационарной форме, внеочередное обслуживание организациями социального обслуживания, предоставляющими социальные услуги в форме социального обслуживания на дому. (В редакции Федерального закона от 28.11.2015 № 358-ФЗ)</w:t>
      </w:r>
    </w:p>
    <w:p>
      <w:r>
        <w:rPr>
          <w:b/>
        </w:rPr>
        <w:t>Статья 16. Меры социальной поддержки ветеранов боевых действий</w:t>
      </w:r>
    </w:p>
    <w:p>
      <w:r>
        <w:t>(Наименование в редакции Федерального закона от 22.08.2004 № 122-ФЗ)</w:t>
      </w:r>
    </w:p>
    <w:p>
      <w:r>
        <w:rPr>
          <w:b/>
        </w:rPr>
        <w:t xml:space="preserve">1. </w:t>
      </w:r>
      <w:r>
        <w:t>Ветеранам боевых действий из числа лиц, указанных в подпунктах 1 - 4, 8 пункта 1 статьи 3 настоящего Федерального закона, предоставляются следующие меры социальной поддержки: (В редакции федеральных законов от 22.08.2004 № 122-ФЗ, от 16.02.2022 № 14-ФЗ) 1) льготы по пенсионному обеспечению в соответствии с законодательством; (В редакции Федерального закона от 22.08.2004 № 122-ФЗ) 2) (Подпункт утратил силу - Федеральный закон от 22.08.2004 № 122-ФЗ) 3) обеспечение за счет средств федерального бюджета жильем ветеранов боевых действий, нуждающихся в улучшении жилищных условий, вставших на учет до 1 января 2005 года, которое осуществляется в соответствии с положениями статьи 232 настоящего Федерального закона. Ветераны боевых действий, вставшие на учет после 1 января 2005 года, обеспечиваются жильем в соответствии с жилищным законодательством Российской Федерации; (В редакции Федерального закона от 29.12.2004 № 199-ФЗ) 4) (Подпункт утратил силу - Федеральный закон от 22.08.2004 № 122-ФЗ) 5) компенсация расходов на оплату жилых помещений в размере 50 процентов: платы за наем и (или) платы за содержание жилого помещения, включающей в себя плату за услуги, работы по управлению многоквартирным домом, за содержание и текущий ремонт общего имущества в многоквартирном доме, исходя из занимаемой соответственно нанимателями либо собственниками общей площади жилых помещений (в коммунальных квартирах - занимаемой жилой площади); взноса на капитальный ремонт общего имущества в многоквартирном доме, но не более 50 процентов указанного взноса, рассчитанного исходя из минимального размера взноса на капитальный ремонт на один квадратный метр общей площади жилого помещения в месяц, установленного нормативным правовым актом субъекта Российской Федерации, и занимаемой общей площади жилых помещений (в коммунальных квартирах - занимаемой жилой площади). Меры социальной поддержки по оплате жилых помещений предоставляются лицам, проживающим в жилых помещениях независимо от вида жилищного фонда, а также членам семей ветеранов боевых действий, совместно с ними проживающим; (Подпункт в редакции Федерального закона от 29.06.2015 № 176-ФЗ) 6) первоочередная установка квартирного телефона;</w:t>
      </w:r>
    </w:p>
    <w:p>
      <w:r>
        <w:rPr>
          <w:b/>
        </w:rPr>
        <w:t xml:space="preserve">2. </w:t>
      </w:r>
      <w:r>
        <w:t>Ветеранам боевых действий из числа лиц, указанных в подпункте 5 пункта 1 статьи 3 настоящего Федерального закона, предоставляются следующие меры социальной поддержки: (В редакции Федерального закона от 22.08.2004 № 122-ФЗ) 1) сохранение права на получение медицинской помощи в медицинских организациях, к которым указанные лица были прикреплены в период работы до выхода на пенсию, а также внеочередное оказание медицинской помощи в рамках программы государственных гарантий бесплатного оказания гражданам медицинской помощи в медицинских организациях, подведомственных федеральным органам исполнительной власти, в порядке, установленном Правительством Российской Федерации, в медицинских организациях, подведомственных исполнительным органам государственной власти субъектов Российской Федерации, - законами и иными нормативными правовыми актами субъектов Российской Федерации; (В редакции федеральных законов от 25.11.2013 № 317-ФЗ; от 23.05.2016 № 149-ФЗ) 2) при наличии медицинских показаний преимущественное обеспечение путевками в санаторно-курортные организации;</w:t>
      </w:r>
    </w:p>
    <w:p>
      <w:r>
        <w:rPr>
          <w:b/>
        </w:rPr>
        <w:t xml:space="preserve">3. </w:t>
      </w:r>
      <w:r>
        <w:t>Ветеранам боевых действий из числа лиц, указанных в подпунктах 6, 7 и 9 пункта 1 статьи 3 настоящего Федерального закона, предоставляются следующие меры социальной поддержки: (В редакции федеральных законов от 22.08.2004 № 122-ФЗ, от 03.07.2016 № 256-ФЗ, от 14.07.2022 № 281-ФЗ) 1) при наличии медицинских показаний преимущественное обеспечение путевками в санаторно-курортные организации;</w:t>
      </w:r>
    </w:p>
    <w:p>
      <w:r>
        <w:rPr>
          <w:b/>
        </w:rPr>
        <w:t xml:space="preserve">1. </w:t>
      </w:r>
      <w:r>
        <w:t>преимущество при вступлении в жилищные, жилищно-строительные, гаражные кооперативы, в том числе при формировании списков граждан, имеющих право быть принятыми в члены жилищно-строительного кооператива, создаваемого в соответствии с федеральными законами, первоочередное право на приобретение садовых земельных участков или огородных земельных участков; (В редакции федеральных законов от 22.08.2004 № 122-ФЗ, от 29.07.2017 № 217-ФЗ, от 13.12.2024 № 474-ФЗ) 8) сохранение права на получение медицинской помощи в медицинских организациях, к которым указанные лица были прикреплены в период работы до выхода на пенсию, а также внеочередное оказание медицинской помощи в рамках программы государственных гарантий бесплатного оказания гражданам медицинской помощи в медицинских организациях (в том числе в госпиталях ветеранов войн), подведомственных федеральным органам исполнительной власти, в порядке, установленном Правительством Российской Федерации, в медицинских организациях, подведомственных исполнительным органам государственной власти субъектов Российской Федерации, - законами и иными нормативными правовыми актами субъектов Российской Федерации; (В редакции федеральных законов от 25.11.2013 № 317-ФЗ; от 23.05.2016 № 149-ФЗ) 9) (Подпункт утратил силу - Федеральный закон от 22.08.2004 № 122-ФЗ) 10) обеспечение протезами (кроме зубных протезов) и протезно-ортопедическими изделиями в порядке, установленном Правительством Российской Федерации; (В редакции Федерального закона от 29.10.2024 № 367-ФЗ) 11) использование ежегодного отпуска в удобное для них время и предоставление отпуска без сохранения заработной платы сроком до 35 календарных дней в году; (В редакции Федерального закона от 08.05.2005 № 41-ФЗ) 12) (Подпункт утратил силу - Федеральный закон от 22.08.2004 № 122-ФЗ) 13) (Подпункт утратил силу - Федеральный закон от 22.08.2004 № 122-ФЗ) 14) (Подпункт утратил силу - Федеральный закон от 22.08.2004 № 122-ФЗ) 15) (Подпункт утратил силу - Федеральный закон от 22.08.2004 № 122-ФЗ) 16) преимущественное пользование всеми видами услуг организаций связи, организаций культуры и физкультурно-спортивных организаций, внеочередное приобретение билетов на все виды транспорта; (В редакции Федерального закона от 30.12.2020 № 508-ФЗ) 17) профессиональное обучение и дополнительное профессиональное образование за счет средств работодателя; (В редакции Федерального закона от 02.07.2013 № 185-ФЗ) 18) (Подпункт утратил силу - Федеральный закон от 02.07.2013 № 185-ФЗ)</w:t>
      </w:r>
    </w:p>
    <w:p>
      <w:r>
        <w:rPr>
          <w:b/>
        </w:rPr>
        <w:t xml:space="preserve">2. </w:t>
      </w:r>
      <w:r>
        <w:t>первоочередное право на приобретение садовых земельных участков или огородных земельных участков, установке квартирного телефона; (В редакции Федерального закона от 29.07.2017 № 217-ФЗ) 4) использование ежегодного отпуска в удобное для них время и предоставление отпуска без сохранения заработной платы сроком до 35 календарных дней в году; (В редакции Федерального закона от 08.05.2005 № 41-ФЗ) 5) (Подпункт утратил силу - Федеральный закон от 22.08.2004 № 122-ФЗ) 6) профессиональное обучение и дополнительное профессиональное образование за счет средств работодателя; (В редакции Федерального закона от 02.07.2013 № 185-ФЗ) 7) (Подпункт утратил силу - Федеральный закон от 02.07.2013 № 185-ФЗ) 8) обеспечение за счет средств федерального бюджета жильем инвалидов боевых действий в случае выселения из занимаемых ими служебных жилых помещений, вставших на учет до 1 января 2005 года, которое осуществляется в соответствии с положениями статьи 232 настоящего Федерального закона. Инвалиды боевых действий, вставшие на учет после 1 января 2005 года, обеспечиваются жильем в соответствии с жилищным законодательством Российской Федерации. (В редакции Федерального закона от 29.12.2004 № 199-ФЗ)</w:t>
      </w:r>
    </w:p>
    <w:p>
      <w:r>
        <w:rPr>
          <w:b/>
        </w:rPr>
        <w:t xml:space="preserve">3. </w:t>
      </w:r>
      <w:r>
        <w:t>первоочередное право на приобретение садовых земельных участков или огородных земельных участков, установке квартирного телефона; (В редакции Федерального закона от 29.07.2017 № 217-ФЗ) 3) использование ежегодного отпуска в удобное для них время</w:t>
      </w:r>
    </w:p>
    <w:p>
      <w:r>
        <w:rPr>
          <w:b/>
        </w:rPr>
        <w:t xml:space="preserve">3. </w:t>
      </w:r>
      <w:r>
        <w:t>(Подпункт утратил силу - Федеральный закон от 22.08.2004 № 122-ФЗ)</w:t>
      </w:r>
    </w:p>
    <w:p>
      <w:r>
        <w:rPr>
          <w:b/>
        </w:rPr>
        <w:t>Статья 17. Меры социальной поддержки военнослужащих, проходивших военную службу в воинских частях, учреждениях, военно-учебных заведениях, не входивших в состав действующей армии, в период с 22 июня 1941 года по 3 сентября 1945 года не менее шести месяцев, военнослужащих, награжденных орденами или медалями СССР за службу в указанный период</w:t>
      </w:r>
    </w:p>
    <w:p>
      <w:r>
        <w:t>(Наименование в редакции Федерального закона от 22.08.2004 № 122-ФЗ) Военнослужащим, проходившим военную службу в воинских частях, учреждениях, военно-учебных заведениях, не входивших в состав действующей армии, в период с 22 июня 1941 года по 3 сентября 1945 года не менее шести месяцев, военнослужащим, награжденным орденами или медалями СССР за службу в указанный период, предоставляются следующие меры социальной поддержки: (В редакции Федерального закона от 22.08.2004 № 122-ФЗ) 1) льготы по пенсионному обеспечению в соответствии с законодательством; (В редакции Федерального закона от 22.08.2004 № 122-ФЗ) 2) (Подпункт утратил силу - Федеральный закон от 22.08.2004 № 122-ФЗ) 3) преимущество при вступлении в жилищные, жилищно-строительные, гаражные кооперативы, первоочередное право на приобретение садовых земельных участков или огородных земельных участков; (В редакции Федерального закона от 29.07.2017 № 217-ФЗ) 4) обеспечение за счет средств федерального бюджета жильем военнослужащих, проходивших военную службу в воинских частях, учреждениях, военно-учебных заведениях, не входивших в состав действующей армии, в период с 22 июня 1941 года по 3 сентября 1945 года не менее шести месяцев, военнослужащих, награжденных орденами или медалями СССР за службу в указанный период, в случае выселения из занимаемых ими служебных жилых помещений, которое осуществляется в соответствии с положениями статьи 232 настоящего Федерального закона. Указанные лица имеют право на получение мер социальной поддержки по обеспечению жильем один раз, при этом обеспечение жильем осуществляется независимо от их имущественного положения; (В редакции федеральных законов от 29.12.2004 № 199-ФЗ; от 29.06.2009 № 135-ФЗ; от 21.12.2009 № 327-ФЗ; от 06.05.2010 № 79-ФЗ) 5) преимущество при установке квартирного телефона;</w:t>
      </w:r>
    </w:p>
    <w:p>
      <w:r>
        <w:t>сохранение права на получение медицинской помощи в медицинских организациях, к которым указанные лица были прикреплены в период работы до выхода на пенсию, а также внеочередное оказание медицинской помощи в рамках программы государственных гарантий бесплатного оказания гражданам медицинской помощи в медицинских организациях (в том числе в госпиталях ветеранов войн), подведомственных федеральным органам исполнительной власти, в порядке, установленном Правительством Российской Федерации, в медицинских организациях, подведомственных исполнительным органам государственной власти субъектов Российской Федерации, - законами и иными нормативными правовыми актами субъектов Российской Федерации; (В редакции федеральных законов от 25.11.2013 № 317-ФЗ; от 23.05.2016 № 149-ФЗ) 7) (Подпункт утратил силу - Федеральный закон от 22.08.2004 № 122-ФЗ) 8) обеспечение протезами (кроме зубных протезов) и протезно-ортопедическими изделиями в порядке, установленном Правительством Российской Федерации; (В редакции Федерального закона от 29.10.2024 № 367-ФЗ) 9) использование ежегодного отпуска в удобное для них время и предоставление отпуска без сохранения заработной платы сроком до 35 календарных дней в году; (В редакции Федерального закона от 08.05.2005 № 41-ФЗ) 10) (Подпункт утратил силу - Федеральный закон от 22.08.2004 № 122-ФЗ) 11) (Подпункт утратил силу - Федеральный закон от 22.08.2004 № 122-ФЗ) 12) преимущество при приеме в организации социального обслуживания, предоставляющие социальные услуги в стационарной форме, в полустационарной форме, внеочередное обслуживание организациями социального обслуживания, предоставляющими социальные услуги в форме социального обслуживания на дому. (В редакции Федерального закона от 28.11.2015 № 358-ФЗ)</w:t>
      </w:r>
    </w:p>
    <w:p>
      <w:r>
        <w:rPr>
          <w:b/>
        </w:rPr>
        <w:t>Статья 18. Меры социальной поддержки лиц, награжденных знаком "Жителю блокадного Ленинграда", лиц, награжденных знаком "Житель осажденного Севастополя", и лиц, награжденных знаком "Житель осажденного Сталинграда"</w:t>
      </w:r>
    </w:p>
    <w:p>
      <w:r>
        <w:t>(Наименование в редакции Федерального закона от 28.04.2023 № 137-ФЗ)</w:t>
      </w:r>
    </w:p>
    <w:p>
      <w:r>
        <w:rPr>
          <w:b/>
        </w:rPr>
        <w:t xml:space="preserve">1. </w:t>
      </w:r>
      <w:r>
        <w:t>Лицам, награжденным знаком "Жителю блокадного Ленинграда", лицам, награжденным знаком "Житель осажденного Севастополя", и лицам, награжденным знаком "Житель осажденного Сталинграда", предоставляются следующие меры социальной поддержки: (В редакции федеральных законов от 04.05.2000 № 57-ФЗ, от 22.08.2004 № 122-ФЗ, от 22.12.2020 № 431-ФЗ, от 28.04.2023 № 137-ФЗ) 1) льготы по пенсионному обеспечению в соответствии с законодательством; (В редакции Федерального закона от 22.08.2004 № 122-ФЗ) 2) (Подпункт утратил силу - Федеральный закон от 22.08.2004 № 122-ФЗ) 3) обеспечение за счет средств федерального бюджета жильем лиц, награжденных знаком "Жителю блокадного Ленинграда", лиц, награжденных знаком "Житель осажденного Севастополя", и лиц, награжденных знаком "Житель осажденного Сталинграда", нуждающихся в улучшении жилищных условий, которое осуществляется в соответствии с положениями статьи 232 настоящего Федерального закона. Указанные лица имеют право на получение мер социальной поддержки по обеспечению жильем один раз, при этом обеспечение жильем осуществляется независимо от их имущественного положения; (В редакции федеральных законов от 29.12.2004 № 199-ФЗ, от 29.06.2009 № 135-ФЗ, от 21.12.2009 № 327-ФЗ, от 06.05.2010 № 79-ФЗ, от 22.12.2020 № 431-ФЗ, от 28.04.2023 № 137-ФЗ) 4) внеочередная установка квартирного телефона;</w:t>
      </w:r>
    </w:p>
    <w:p>
      <w:r>
        <w:rPr>
          <w:b/>
        </w:rPr>
        <w:t xml:space="preserve">2. </w:t>
      </w:r>
      <w:r>
        <w:t>Лицам, указанным в пункте 1 настоящей статьи, признанным инвалидами вследствие общего заболевания, трудового увечья и других причин (кроме лиц, инвалидность которых наступила вследствие их противоправных действий), дополнительно предоставляются следующие меры социальной поддержки: (В редакции Федерального закона от 22.08.2004 № 122-ФЗ) 1) ежегодная бесплатная диспансеризация в медицинских организациях, подведомственных федеральным органам исполнительной власти, в порядке, установленном Правительством Российской Федерации, а в поликлиниках и других медицинских организациях, подведомственных исполнительным органам государственной власти субъектов Российской Федерации, - законами и иными нормативными правовыми актами субъектов Российской Федерации; (В редакции федеральных законов от 22.08.2004 № 122-ФЗ; от 25.11.2013 № 317-ФЗ; от 23.05.2016 № 149-ФЗ) 2) компенсация расходов на оплату жилых помещений и коммунальных услуг в размере 50 процентов: платы за наем и (или) платы за содержание жилого помещения, включающей в себя плату за услуги, работы по управлению многоквартирным домом, за содержание и текущий ремонт общего имущества в многоквартирном доме, исходя из занимаемой соответственно нанимателями либо собственниками общей площади жилых помещений (в коммунальных квартирах - занимаемой жилой площади), в том числе членам семей лиц, указанных в настоящей статье, совместно с ними проживающим; взноса на капитальный ремонт общего имущества в многоквартирном доме, но не более 50 процентов указанного взноса, рассчитанного исходя из минимального размера взноса на капитальный ремонт на один квадратный метр общей площади жилого помещения в месяц, установленного нормативным правовым актом субъекта Российской Федерации, и занимаемой общей площади жилых помещений (в коммунальных квартирах - занимаемой жилой площади), в том числе членам семей лиц, указанных в настоящей статье, совместно с ними проживающим; платы за холодную воду, горячую воду, электрическую энергию, потребляемые при содержании общего имущества в многоквартирном доме, а также за отведение сточных вод в целях содержания общего имущества в многоквартирном доме; (В редакции Федерального закона от 30.10.2017 № 307-ФЗ) платы за коммунальные услуги, рассчитанной исходя из объема потребляемых коммунальных услуг, определенного по показаниям приборов учета, но не более нормативов потребления, утверждаемых в установленном законодательством Российской Федерации порядке. При отсутствии указанных приборов учета плата за коммунальные услуги рассчитывается исходя из нормативов потребления коммунальных услуг, утверждаемых в установленном законодательством Российской Федерации порядке; оплаты стоимости топлива, приобретаемого в пределах норм, установленных для продажи населению, и транспортных услуг для доставки этого топлива - при проживании в домах, не имеющих центрального отопления. Обеспечение топливом лиц, указанных в настоящей статье, производится в первоочередном порядке. Меры социальной поддержки по оплате жилых помещений и коммунальных услуг предоставляются лицам, проживающим в жилых помещениях независимо от вида жилищного фонда, и не распространяются на установленные Правительством Российской Федерации случаи применения повышающих коэффициентов к нормативам потребления коммунальных услуг; (Подпункт в редакции Федерального закона от 29.06.2015 № 176-ФЗ) 3) (Подпункт утратил силу - Федеральный закон от 29.06.2015 № 176-ФЗ) 4) (Подпункт утратил силу - Федеральный закон от 22.08.2004 № 122-ФЗ) 5) (Подпункт утратил силу - Федеральный закон от 22.08.2004 № 122-ФЗ)</w:t>
      </w:r>
    </w:p>
    <w:p>
      <w:r>
        <w:rPr>
          <w:b/>
        </w:rPr>
        <w:t xml:space="preserve">1. </w:t>
      </w:r>
      <w:r>
        <w:t>преимущество при вступлении в жилищные, жилищно-строительные, гаражные кооперативы, первоочередное право на приобретение садовых земельных участков или огородных земельных участков; (В редакции федеральных законов от 22.08.2004 № 122-ФЗ; от 29.07.2017 № 217-ФЗ) 6) сохранение права на получение медицинской помощи в медицинских организациях, к которым указанные лица были прикреплены в период работы до выхода на пенсию, а также внеочередное оказание медицинской помощи в рамках программы государственных гарантий бесплатного оказания гражданам медицинской помощи в медицинских организациях (в том числе в госпиталях ветеранов войн), подведомственных федеральным органам исполнительной власти, в порядке, установленном Правительством Российской Федерации, в медицинских организациях, подведомственных исполнительным органам государственной власти субъектов Российской Федерации, - законами и иными нормативными правовыми актами субъектов Российской Федерации; (В редакции федеральных законов от 25.11.2013 № 317-ФЗ; от 23.05.2016 № 149-ФЗ) 7) (Подпункт утратил силу - Федеральный закон от 22.08.2004 № 122-ФЗ) 8) обеспечение протезами (кроме зубных протезов) и протезно-ортопедическими изделиями в порядке, установленном Правительством Российской Федерации; (В редакции Федерального закона от 29.10.2024 № 367-ФЗ) 9) использование ежегодного отпуска в удобное для них время и предоставление отпуска без сохранения заработной платы сроком до 35 календарных дней в году; (В редакции Федерального закона от 08.05.2005 № 41-ФЗ) 10) при наличии медицинских показаний преимущественное обеспечение лиц, указанных в настоящей статье, путевками в санаторно-курортные организации по месту работы, а неработающих - обеспечение путевками органами, осуществляющими пенсионное обеспечение</w:t>
      </w:r>
    </w:p>
    <w:p>
      <w:r>
        <w:rPr>
          <w:b/>
        </w:rPr>
        <w:t xml:space="preserve">1. </w:t>
      </w:r>
      <w:r>
        <w:t>(Подпункт утратил силу - Федеральный закон от 22.08.2004 № 122-ФЗ) 12) (Подпункт утратил силу - Федеральный закон от 22.08.2004 № 122-ФЗ) 13) (Подпункт утратил силу - Федеральный закон от 22.08.2004 № 122-ФЗ) 14) (Подпункт утратил силу - Федеральный закон от 22.08.2004 № 122-ФЗ) 15) преимущественное пользование всеми видами услуг организаций связи, организаций культуры и физкультурно-спортивных организаций, внеочередное приобретение билетов на все виды транспорта, обслуживание на предприятиях розничной торговли и бытового обслуживания; (В редакции Федерального закона от 30.12.2020 № 508-ФЗ) 16) внеочередной прием в организации социального обслуживания, предоставляющие социальные услуги в стационарной форме, в полустационарной форме, внеочередное обслуживание организациями социального обслуживания, предоставляющими социальные услуги в форме социального обслуживания на дому. (В редакции Федерального закона от 28.11.2015 № 358-ФЗ)</w:t>
      </w:r>
    </w:p>
    <w:p>
      <w:r>
        <w:rPr>
          <w:b/>
        </w:rPr>
        <w:t>Статья 19. Меры социальной поддержки лиц, работавших в период Великой Отечественной войны на объектах противовоздушной обороны, местной противовоздушной обороны,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w:t>
      </w:r>
    </w:p>
    <w:p>
      <w:r>
        <w:t>(Наименование в редакции Федерального закона от 22.08.2004 № 122-ФЗ)</w:t>
      </w:r>
    </w:p>
    <w:p>
      <w:r>
        <w:rPr>
          <w:b/>
        </w:rPr>
        <w:t xml:space="preserve">1. </w:t>
      </w:r>
      <w:r>
        <w:t>Лицам, работавшим в период Великой Отечественной войны на объектах противовоздушной обороны, местной противовоздушной обороны,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 в качестве мер социальной защиты предоставляются следующие меры социальной поддержки: (В редакции Федерального закона от 22.08.2004 № 122-ФЗ) 1) льготы по пенсионному обеспечению в соответствии с законодательством; (В редакции Федерального закона от 22.08.2004 № 122-ФЗ) 2) (Подпункт утратил силу - Федеральный закон от 22.08.2004 № 122-ФЗ) 3) первоочередное право на приобретение садовых земельных участков или огородных земельных участков; (В редакции Федерального закона от 29.07.2017 № 217-ФЗ) 4) (Подпункт утратил силу - Федеральный закон от 22.08.2004 № 122-ФЗ) 5) преимущество при установке квартирного телефона;</w:t>
      </w:r>
    </w:p>
    <w:p>
      <w:r>
        <w:rPr>
          <w:b/>
        </w:rPr>
        <w:t xml:space="preserve">2. </w:t>
      </w:r>
      <w:r>
        <w:t>Указанные меры социальной защиты также распространяются на членов экипажей судов транспортного флота, интернированных в начале Великой Отечественной войны в портах других государств</w:t>
      </w:r>
    </w:p>
    <w:p>
      <w:r>
        <w:rPr>
          <w:b/>
        </w:rPr>
        <w:t xml:space="preserve">1. </w:t>
      </w:r>
      <w:r>
        <w:t>обеспечение за счет средств федерального бюджета жильем указанных лиц, признанных инвалидами, в случае выселения из занимаемых ими служебных жилых помещений, которое осуществляется в соответствии с положениями статьи 232 настоящего Федерального закона. Указанные лица имеют право на получение мер социальной поддержки по обеспечению жильем один раз; (В редакции федеральных законов от 29.12.2004 № 199-ФЗ; от 29.06.2009 № 135-ФЗ; от 21.12.2009 № 327-ФЗ) 7) сохранение права на получение медицинской помощи в медицинских организациях, к которым указанные лица были прикреплены в период работы до выхода на пенсию, а также внеочередное оказание медицинской помощи в рамках программы государственных гарантий бесплатного оказания гражданам медицинской помощи в медицинских организациях (в том числе в госпиталях ветеранов войн), подведомственных федеральным органам исполнительной власти, в порядке, установленном Правительством Российской Федерации, в медицинских организациях, подведомственных исполнительным органам государственной власти субъектов Российской Федерации, - законами и иными нормативными правовыми актами субъектов Российской Федерации; (В редакции федеральных законов от 25.11.2013 № 317-ФЗ; от 23.05.2016 № 149-ФЗ) 8) (Подпункт утратил силу - Федеральный закон от 22.08.2004 № 122-ФЗ) 9) обеспечение протезами (кроме зубных протезов) и протезно-ортопедическими изделиями в порядке, установленном Правительством Российской Федерации; (В редакции Федерального закона от 29.10.2024 № 367-ФЗ) 10) использование ежегодного отпуска в удобное для них время и предоставление отпуска без сохранения заработной платы сроком до 35 календарных дней в году; (В редакции Федерального закона от 08.05.2005 № 41-ФЗ) 11) при наличии медицинских показаний преимущественное обеспечение по месту работы путевками в санаторно-курортные организации</w:t>
      </w:r>
    </w:p>
    <w:p>
      <w:r>
        <w:rPr>
          <w:b/>
        </w:rPr>
        <w:t xml:space="preserve">1. </w:t>
      </w:r>
      <w:r>
        <w:t>(Подпункт утратил силу - Федеральный закон от 22.08.2004 № 122-ФЗ) 13) (Подпункт утратил силу - Федеральный закон от 22.08.2004 № 122-ФЗ) 14) преимущество при приеме в организации социального обслуживания, предоставляющие социальные услуги в стационарной форме, в полустационарной форме, внеочередное обслуживание организациями социального обслуживания, предоставляющими социальные услуги в форме социального обслуживания на дому. (В редакции Федерального закона от 28.11.2015 № 358-ФЗ)</w:t>
      </w:r>
    </w:p>
    <w:p>
      <w:r>
        <w:rPr>
          <w:b/>
        </w:rPr>
        <w:t>Статья 20. Меры социальной поддержки лиц, проработавших в тылу в период с 22 июня 1941 года по 9 мая 1945 года не менее шести месяцев, исключая период работы на временно оккупированных территориях СССР, либо награжденных орденами или медалями СССР за самоотверженный труд в период Великой Отечественной войны</w:t>
      </w:r>
    </w:p>
    <w:p>
      <w:r>
        <w:t>Меры социальной поддержки лиц, проработавших в тылу в период с 22 июня 1941 года по 9 мая 1945 года не менее шести месяцев, исключая период работы на временно оккупированных территориях СССР, либо награжденных орденами или медалями СССР за самоотверженный труд в период Великой Отечественной войны, определяются законами и иными нормативными правовыми актами субъектов Российской Федерации. (Статья в редакции Федерального закона от 22.08.2004 № 122-ФЗ)</w:t>
      </w:r>
    </w:p>
    <w:p>
      <w:r>
        <w:rPr>
          <w:b/>
        </w:rPr>
        <w:t>Статья 21. Меры социальной поддержки членов семей погибших (умерших) инвалидов войны, участников Великой Отечественной войны и ветеранов боевых действий</w:t>
      </w:r>
    </w:p>
    <w:p>
      <w:r>
        <w:t>(Наименование в редакции Федерального закона от 22.08.2004 № 122-ФЗ)</w:t>
      </w:r>
    </w:p>
    <w:p>
      <w:r>
        <w:rPr>
          <w:b/>
        </w:rPr>
        <w:t xml:space="preserve">1. </w:t>
      </w:r>
      <w:r>
        <w:t>Меры социальной поддержки, установленные для семей погибших (умерших) инвалидов войны, участников Великой Отечественной войны, ветеранов боевых действий (далее также - погибшие (умершие), предоставляются нетрудоспособным членам семьи погибшего (умершего), состоявшим на его иждивении и получающим пенсию по случаю потери кормильца (имеющим право на ее получение) в соответствии с пенсионным законодательством Российской Федерации. Указанным лицам предоставляются следующие меры социальной поддержки: (В редакции федеральных законов от 22.08.2004 № 122-ФЗ; от 29.06.2009 № 135-ФЗ) 1) льготы по пенсионному обеспечению в соответствии с законодательством; (В редакции Федерального закона от 22.08.2004 № 122-ФЗ) 2) (Подпункт утратил силу - Федеральный закон от 22.08.2004 № 122-ФЗ) 3) преимущество при вступлении в жилищные, жилищно-строительные, гаражные кооперативы, первоочередное право на приобретение садовых земельных участков или огородных земельных участков; (В редакции Федерального закона от 29.07.2017 № 217-ФЗ) 4) обеспечение за счет средств федерального бюджета жильем членов семей погибших (умерших) инвалидов Великой Отечественной войны и участников Великой Отечественной войны, нуждающихся в улучшении жилищных условий, членов семей погибших (умерших) инвалидов боевых действий и ветеранов боевых действий, нуждающихся в улучшении жилищных условий и вставших на учет до 1 января 2005 года, которое осуществляется в соответствии с положениями статьи 232 настоящего Федерального закона. Члены семей погибших (умерших) инвалидов Великой Отечественной войны и участников Великой Отечественной войны имеют право на получение мер социальной поддержки по обеспечению жильем один раз. Члены семей погибших (умерших) инвалидов боевых действий и ветеранов боевых действий, вставшие на учет после 1 января 2005 года, обеспечиваются жильем в соответствии с жилищным законодательством Российской Федерации. Члены семей погибших (умерших) инвалидов Великой Отечественной войны и участников Великой Отечественной войны обеспечиваются жильем независимо от их имущественного положения; (В редакции федеральных законов от 29.06.2009 № 135-ФЗ; от 21.12.2009 № 327-ФЗ; от 06.05.2010 № 79-ФЗ) 5) (Подпункт утратил силу - Федеральный закон от 22.08.2004 № 122-ФЗ) 6) (Подпункт утратил силу - Федеральный закон от 22.08.2004 № 122-ФЗ) 7) сохранение права на получение медицинской помощи в медицинских организациях, к которым указанные лица были прикреплены при жизни погибшего (умершего) в период работы до выхода на пенсию, а также внеочередное оказание медицинской помощи в рамках программы государственных гарантий бесплатного оказания гражданам медицинской помощи в медицинских организациях, подведомственных федеральным органам исполнительной власти, в порядке, установленном Правительством Российской Федерации, в медицинских организациях, подведомственных исполнительным органам государственной власти субъектов Российской Федерации, - законами и иными нормативными правовыми актами субъектов Российской Федерации; (В редакции федеральных законов от 25.11.2013 № 317-ФЗ; от 23.05.2016 № 149-ФЗ) 8) (Подпункт утратил силу - Федеральный закон от 22.08.2004 № 122-ФЗ) 9) компенсация расходов на оплату жилых помещений и коммунальных услуг в размере 50 процентов: платы за наем и (или) платы за содержание жилого помещения, включающей в себя плату за услуги, работы по управлению многоквартирным домом, за содержание и текущий ремонт общего имущества в многоквартирном доме, исходя из занимаемой соответственно нанимателями либо собственниками общей площади жилых помещений (в коммунальных квартирах - занимаемой жилой площади), в том числе членам семьи погибшего (умершего), совместно с ним проживавшим; взноса на капитальный ремонт общего имущества в многоквартирном доме, но не более 50 процентов указанного взноса, рассчитанного исходя из минимального размера взноса на капитальный ремонт на один квадратный метр общей площади жилого помещения в месяц, установленного нормативным правовым актом субъекта Российской Федерации, и занимаемой общей площади жилых помещений (в коммунальных квартирах - занимаемой жилой площади), в том числе членам семьи погибшего (умершего), совместно с ним проживавшим; платы за холодную воду, горячую воду, электрическую энергию, потребляемые при содержании общего имущества в многоквартирном доме, а также за отведение сточных вод в целях содержания общего имущества в многоквартирном доме; (В редакции Федерального закона от 30.10.2017 № 307-ФЗ) платы за коммунальные услуги, рассчитанной исходя из объема потребляемых коммунальных услуг, определенного по показаниям приборов учета, но не более нормативов потребления, утверждаемых в установленном законодательством Российской Федерации порядке. При отсутствии указанных приборов учета плата за коммунальные услуги рассчитывается исходя из нормативов потребления коммунальных услуг, утверждаемых в установленном законодательством Российской Федерации порядке; оплаты стоимости топлива, приобретаемого в пределах норм, установленных для продажи населению, и транспортных услуг для доставки этого топлива - при проживании в домах, не имеющих центрального отопления. Обеспечение топливом семей погибших (умерших) производится в первоочередном порядке. Меры социальной поддержки по оплате жилых помещений и коммунальных услуг предоставляются лицам, проживающим в жилых помещениях независимо от вида жилищного фонда, и не распространяются на установленные Правительством Российской Федерации случаи применения повышающих коэффициентов к нормативам потребления коммунальных услуг. Меры социальной поддержки по оплате коммунальных услуг предоставляются независимо от того, кто из членов семьи погибшего (умершего) является нанимателем (собственником) жилого помещения; (Подпункт в редакции Федерального закона от 29.06.2015 № 176-ФЗ) 10) (Подпункт утратил силу - Федеральный закон от 29.06.2015 № 176-ФЗ) 11) (Подпункт утратил силу - Федеральный закон от 22.08.2004 № 122-ФЗ) 12) при наличии медицинских показаний преимущественное обеспечение по последнему месту работы погибшего (умершего) путевками в санаторно-курортные организации;</w:t>
      </w:r>
    </w:p>
    <w:p>
      <w:r>
        <w:rPr>
          <w:b/>
        </w:rPr>
        <w:t xml:space="preserve">2. </w:t>
      </w:r>
      <w:r>
        <w:t>Независимо от состояния трудоспособности, нахождения на иждивении, получения пенсии или заработной платы меры социальной поддержки предоставляются: (В редакции Федерального закона от 22.07.2010 № 160-ФЗ) 1) родителям погибшего (умершего) инвалида войны, участника Великой Отечественной войны и ветерана боевых действий;</w:t>
      </w:r>
    </w:p>
    <w:p>
      <w:r>
        <w:rPr>
          <w:b/>
        </w:rPr>
        <w:t xml:space="preserve">3. </w:t>
      </w:r>
      <w:r>
        <w:t>Меры социальной поддержки, установленные для членов семей погибших (умерших) инвалидов боевых действий, распространяются на членов семей военнослужащих, лиц рядового и начальствующего состава органов внутренних дел, войск национальной гвардии, Государственной противопожарной службы, учреждений и органов уголовно-исполнительной системы, органов принудительного исполнения Российской Федерации и органов государственной безопасности, прокуроров и следователей органов прокуратуры Российской Федерации, сотрудников Следственного комитета Российской Федерации, погибших при исполнении обязанностей военной службы (служебных обязанностей). Указанные меры социальной поддержки предоставляются членам семей военнослужащих, погибших в плену, признанных в установленном порядке пропавшими без вести в районах боевых действий, со времени исключения указанных военнослужащих из списков воинских частей. (В редакции федеральных законов от 25.07.2002 № 116-ФЗ, от 19.06.2004 № 49-ФЗ, от 22.08.2004 № 122-ФЗ, от 29.06.2009 № 135-ФЗ, от 29.07.2018 № 264-ФЗ, от 01.10.2019 № 328-ФЗ, от 16.02.2022 № 14-ФЗ)</w:t>
      </w:r>
    </w:p>
    <w:p>
      <w:r>
        <w:rPr>
          <w:b/>
        </w:rPr>
        <w:t xml:space="preserve">4. </w:t>
      </w:r>
      <w:r>
        <w:t>Членам семей погибших в Великой Отечественной войне лиц из числа личного состава групп самозащиты объектовых и аварийных команд местной противовоздушной обороны, а также членам семей погибших работников госпиталей и больниц города Ленинграда предоставляются меры социальной поддержки, установленные для членов семей погибших (умерших) инвалидов Великой Отечественной войны. (В редакции федеральных законов от 22.08.2004 № 122-ФЗ; от 29.06.2009 № 135-ФЗ)</w:t>
      </w:r>
    </w:p>
    <w:p>
      <w:r>
        <w:rPr>
          <w:b/>
        </w:rPr>
        <w:t xml:space="preserve">1. </w:t>
      </w:r>
      <w:r>
        <w:t>(Подпункт утратил силу - Федеральный закон от 22.08.2004 № 122-ФЗ) 14) (Подпункт утратил силу - Федеральный закон от 22.08.2004 № 122-ФЗ) 15) первоочередной прием в организации социального обслуживания, предоставляющие социальные услуги в стационарной форме, в полустационарной форме, внеочередное обслуживание организациями социального обслуживания, предоставляющими социальные услуги в форме социального обслуживания на дому, супруги (супруга) погибшего (умершего). (В редакции Федерального закона от 28.11.2015 № 358-ФЗ)</w:t>
      </w:r>
    </w:p>
    <w:p>
      <w:r>
        <w:rPr>
          <w:b/>
        </w:rPr>
        <w:t xml:space="preserve">2. </w:t>
      </w:r>
      <w:r>
        <w:t>супруге (супругу) погибшего (умершего) инвалида войны, не вступившей (не вступившему) в повторный брак</w:t>
      </w:r>
    </w:p>
    <w:p>
      <w:r>
        <w:rPr>
          <w:b/>
        </w:rPr>
        <w:t xml:space="preserve">2. </w:t>
      </w:r>
      <w:r>
        <w:t>супруге (супругу) погибшего (умершего) участника Великой Отечественной войны, не вступившей (не вступившему) в повторный брак</w:t>
      </w:r>
    </w:p>
    <w:p>
      <w:r>
        <w:rPr>
          <w:b/>
        </w:rPr>
        <w:t xml:space="preserve">2. </w:t>
      </w:r>
      <w:r>
        <w:t>супруге (супругу) погибшего (умершего) ветерана боевых действий, не вступившей (не вступившему) в повторный брак. (В редакции федеральных законов от 02.07.2013 № 185-ФЗ, от 17.02.2023 № 27-ФЗ) (Пункт в редакции Федерального закона от 18.07.2009 № 186-ФЗ)</w:t>
      </w:r>
    </w:p>
    <w:p>
      <w:r>
        <w:rPr>
          <w:b/>
        </w:rPr>
        <w:t>Статья 22. Меры социальной поддержки ветеранов труда</w:t>
      </w:r>
    </w:p>
    <w:p>
      <w:r>
        <w:t>Меры социальной поддержки ветеранов труда, а также граждан, приравненных к ним по состоянию на 31 декабря 2004 года, определяются законами и иными нормативными правовыми актами субъектов Российской Федерации. (Статья в редакции Федерального закона от 22.08.2004 № 122-ФЗ)</w:t>
      </w:r>
    </w:p>
    <w:p>
      <w:r>
        <w:rPr>
          <w:b/>
        </w:rPr>
        <w:t>Статья 23</w:t>
      </w:r>
    </w:p>
    <w:p>
      <w:r>
        <w:t>(Статья утратила силу - Федеральный закон от 22.08.2004 № 122-ФЗ)</w:t>
      </w:r>
    </w:p>
    <w:p>
      <w:r>
        <w:rPr>
          <w:b/>
        </w:rPr>
        <w:t>Статья 231. Ежемесячная денежная выплата ветеранам</w:t>
      </w:r>
    </w:p>
    <w:p>
      <w:r>
        <w:rPr>
          <w:b/>
        </w:rPr>
        <w:t xml:space="preserve">1. </w:t>
      </w:r>
      <w:r>
        <w:t>Право на ежемесячную денежную выплату имеют</w:t>
      </w:r>
    </w:p>
    <w:p>
      <w:r>
        <w:rPr>
          <w:b/>
        </w:rPr>
        <w:t xml:space="preserve">2. </w:t>
      </w:r>
      <w:r>
        <w:t>Если гражданин одновременно имеет право на ежемесячную денежную выплату по настоящему Федеральному закону и по другому федеральному закону или иному нормативному правовому акту независимо от основания, по которому она устанавливается (за исключением случаев установления ежемесячной денежной выплаты в соответствии с Законом Российской Федерации "О социальной защите граждан, подвергшихся воздействию радиации вследствие катастрофы на Чернобыльской АЭС" (в редакции Закона Российской Федерации от 18 июня 1992 года № 3061-I), Федеральным законом от 10 января 2002 года № 2-ФЗ "О социальных гарантиях гражданам, подвергшимся радиационному воздействию вследствие ядерных испытаний на Семипалатинском полигоне"), ему предоставляется одна ежемесячная денежная выплата либо по настоящему Федеральному закону, либо по другому федеральному закону или иному нормативному правовому акту по выбору гражданина</w:t>
      </w:r>
    </w:p>
    <w:p>
      <w:r>
        <w:rPr>
          <w:b/>
        </w:rPr>
        <w:t xml:space="preserve">3. </w:t>
      </w:r>
      <w:r>
        <w:t>Гражданину, имеющему одновременно право на получение ежемесячной денежной выплаты по нескольким основаниям, указанным в пункте 1 настоящей статьи, ежемесячная денежная выплата устанавливается по одному из них, предусматривающему более высокий размер</w:t>
      </w:r>
    </w:p>
    <w:p>
      <w:r>
        <w:rPr>
          <w:b/>
        </w:rPr>
        <w:t xml:space="preserve">4. </w:t>
      </w:r>
      <w:r>
        <w:t>Ежемесячная денежная выплата устанавливается в размере</w:t>
      </w:r>
    </w:p>
    <w:p>
      <w:r>
        <w:rPr>
          <w:b/>
        </w:rPr>
        <w:t xml:space="preserve">5. </w:t>
      </w:r>
      <w:r>
        <w:t>Размер ежемесячной денежной выплаты подлежит индексации один раз в год с 1 февраля текущего года исходя из индекса роста потребительских цен за предыдущий год. Коэффициент индексации определяется Правительством Российской Федерации. (В редакции Федерального закона от 19.12.2016 № 444-ФЗ)</w:t>
      </w:r>
    </w:p>
    <w:p>
      <w:r>
        <w:rPr>
          <w:b/>
        </w:rPr>
        <w:t xml:space="preserve">6. </w:t>
      </w:r>
      <w:r>
        <w:t>Ежемесячная денежная выплата устанавливается и выплачивается территориальным органом Фонда пенсионного и социального страхования Российской Федерации. (В редакции Федерального закона от 28.12.2022 № 569-ФЗ)</w:t>
      </w:r>
    </w:p>
    <w:p>
      <w:r>
        <w:rPr>
          <w:b/>
        </w:rPr>
        <w:t xml:space="preserve">7. </w:t>
      </w:r>
      <w:r>
        <w:t>Ежемесячная денежная выплата производится в порядке, определяемом настоящей статьей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Ветеранам боевых действий из числа лиц, указанных в подпунктах 1, 11, 22 - 26 пункта 1 статьи 3 настоящего Федерального закона, ежемесячная денежная выплата устанавливается территориальными органами Фонда пенсионного и социального страхования Российской Федерации со дня признания указанных лиц ветеранами боевых действий. (В редакции федеральных законов от 08.08.2024 № 291-ФЗ, от 27.10.2025 № 387-ФЗ)</w:t>
      </w:r>
    </w:p>
    <w:p>
      <w:r>
        <w:rPr>
          <w:b/>
        </w:rPr>
        <w:t xml:space="preserve">71. </w:t>
      </w:r>
      <w:r>
        <w:t>Ветеранам боевых действий из числа лиц, указанных в подпунктах 1, 11, 22 - 26 пункта 1 статьи 3 настоящего Федерального закона, не реализовавшим право на получение ежемесячной денежной выплаты, указанная выплата устанавливается в беззаявительном порядке на основании сведений об оформлении удостоверения ветерана боевых действий, полученных Фондом пенсионного и социального страхования Российской Федерации от федеральных органов исполнительной власти, иных федеральных государственных органов, осуществляющих выдачу удостоверения ветерана боевых действий. (Дополнение пунктом - Федеральный закон от 08.08.2024 № 291-ФЗ) (В редакции Федерального закона от 27.10.2025 № 387-ФЗ)</w:t>
      </w:r>
    </w:p>
    <w:p>
      <w:r>
        <w:rPr>
          <w:b/>
        </w:rPr>
        <w:t xml:space="preserve">72. </w:t>
      </w:r>
      <w:r>
        <w:t>Сроки, порядок и формат межведомственного информационного взаимодействия Фонда пенсионного и социального страхования Российской Федерации с федеральным органом исполнительной власти, иным федеральным государственным органом, осуществляющими выдачу удостоверения ветерана боевых действий, определяются соглашением о межведомственном информационном взаимодействии. Типовая форма соглашения о межведомственном информационном взаимодействии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(Дополнение пунктом - Федеральный закон от 08.08.2024 № 291-ФЗ)</w:t>
      </w:r>
    </w:p>
    <w:p>
      <w:r>
        <w:rPr>
          <w:b/>
        </w:rPr>
        <w:t xml:space="preserve">73. </w:t>
      </w:r>
      <w:r>
        <w:t>Сроки и порядок представления сведений об оформлении удостоверения ветерана боевых действий лицам, указанным в подпунктах 1, 11, 22 - 26 пункта 1 статьи 3 настоящего Федерального закона, сведения о которых составляют государственную тайну, которые проходят военную службу (службу), подлежат государственной охране и государственной защите, в Фонд пенсионного и социального страхования Российской Федерации, а также установления им ежемесячной денежной выплаты определяются федеральным органом исполнительной власти, обеспечивающим защиту сведений в отношении указанной категории лиц, и Фондом пенсионного и социального страхования Российской Федерации. (Дополнение пунктом - Федеральный закон от 08.08.2024 № 291-ФЗ) (В редакции Федерального закона от 27.10.2025 № 387-ФЗ)</w:t>
      </w:r>
    </w:p>
    <w:p>
      <w:r>
        <w:rPr>
          <w:b/>
        </w:rPr>
        <w:t xml:space="preserve">8. </w:t>
      </w:r>
      <w:r>
        <w:t>Часть суммы ежемесячной денежной выплаты может направляться на финансирование предоставления гражданину из числа поименованных в пункте 1 настоящей статьи социальных услуг в соответствии с Федеральным законом от 17 июля 1999 года № 178-ФЗ "О государственной социальной помощи". (Дополнение статьей - Федеральный закон от 22.08.2004 № 122-ФЗ)</w:t>
      </w:r>
    </w:p>
    <w:p>
      <w:r>
        <w:rPr>
          <w:b/>
        </w:rPr>
        <w:t xml:space="preserve">1. </w:t>
      </w:r>
      <w:r>
        <w:t>инвалиды войны</w:t>
      </w:r>
    </w:p>
    <w:p>
      <w:r>
        <w:rPr>
          <w:b/>
        </w:rPr>
        <w:t xml:space="preserve">1. </w:t>
      </w:r>
      <w:r>
        <w:t>участники Великой Отечественной войны</w:t>
      </w:r>
    </w:p>
    <w:p>
      <w:r>
        <w:rPr>
          <w:b/>
        </w:rPr>
        <w:t xml:space="preserve">1. </w:t>
      </w:r>
      <w:r>
        <w:t>ветераны боевых действий из числа лиц, указанных в подпунктах 1 - 4 пункта 1 статьи 3 настоящего Федерального закона</w:t>
      </w:r>
    </w:p>
    <w:p>
      <w:r>
        <w:rPr>
          <w:b/>
        </w:rPr>
        <w:t xml:space="preserve">1. </w:t>
      </w:r>
      <w:r>
        <w:t>военнослужащие, проходившие военную службу в воинских частях, учреждениях, военно-учебных заведениях, не входивших в состав действующей армии, в период с 22 июня 1941 года по 3 сентября 1945 года не менее шести месяцев, военнослужащие, награжденные орденами или медалями СССР за службу в указанный период</w:t>
      </w:r>
    </w:p>
    <w:p>
      <w:r>
        <w:rPr>
          <w:b/>
        </w:rPr>
        <w:t xml:space="preserve">1. </w:t>
      </w:r>
      <w:r>
        <w:t>лица, награжденные знаком "Жителю блокадного Ленинграда", лица, награжденные знаком "Житель осажденного Севастополя", и лица, награжденные знаком "Житель осажденного Сталинграда"; (В редакции федеральных законов от 22.12.2020 № 431-ФЗ, от 28.04.2023 № 137-ФЗ) 6) лица, работавшие в период Великой Отечественной войны на объектах противовоздушной обороны, местной противовоздушной обороны,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 а также члены экипажей судов транспортного флота, интернированных в начале Великой Отечественной войны в портах других государств</w:t>
      </w:r>
    </w:p>
    <w:p>
      <w:r>
        <w:rPr>
          <w:b/>
        </w:rPr>
        <w:t xml:space="preserve">1. </w:t>
      </w:r>
      <w:r>
        <w:t>члены семей погибших (умерших) инвалидов войны, участников Великой Отечественной войны и ветеранов боевых действий, члены семей погибших в Великой Отечественной войне лиц из числа личного состава групп самозащиты объектовых и аварийных команд местной противовоздушной обороны, а также члены семей погибших работников госпиталей и больниц города Ленинграда</w:t>
      </w:r>
    </w:p>
    <w:p>
      <w:r>
        <w:rPr>
          <w:b/>
        </w:rPr>
        <w:t xml:space="preserve">4. </w:t>
      </w:r>
      <w:r>
        <w:t>инвалидам войны - 3 088 рублей</w:t>
      </w:r>
    </w:p>
    <w:p>
      <w:r>
        <w:rPr>
          <w:b/>
        </w:rPr>
        <w:t xml:space="preserve">4. </w:t>
      </w:r>
      <w:r>
        <w:t>участникам Великой Отечественной войны - 2 316 рублей</w:t>
      </w:r>
    </w:p>
    <w:p>
      <w:r>
        <w:rPr>
          <w:b/>
        </w:rPr>
        <w:t xml:space="preserve">4. </w:t>
      </w:r>
      <w:r>
        <w:t>ветеранам боевых действий из числа лиц, указанных в подпунктах 1 - 4 пункта 1 статьи 3 настоящего Федерального закона, лицам, награжденным знаком "Жителю блокадного Ленинграда", лицам, награжденным знаком "Житель осажденного Севастополя", лицам, награжденным знаком "Житель осажденного Сталинграда", - 1 699 рублей; (В редакции федеральных законов от 22.12.2020 № 431-ФЗ, от 28.04.2023 № 137-ФЗ) 4) военнослужащим, проходившим военную службу в воинских частях, учреждениях, военно-учебных заведениях, не входивших в состав действующей армии, в период с 22 июня 1941 года по 3 сентября 1945 года не менее шести месяцев, военнослужащим, награжденным орденами или медалями СССР за службу в указанный период, лицам, работавшим в период Великой Отечественной войны на объектах противовоздушной обороны, местной противовоздушной обороны,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 членам экипажей судов транспортного флота, интернированных в начале Великой Отечественной войны в портах других государств, членам семей погибших (умерших) инвалидов войны, участников Великой Отечественной войны и ветеранов боевых действий, членам семей погибших в Великой Отечественной войне лиц из числа личного состава групп самозащиты объектовых и аварийных команд местной противовоздушной обороны, а также членам семей погибших работников госпиталей и больниц города Ленинграда - 927 рублей. (Пункт в редакции Федерального закона от 28.04.2009 № 72-ФЗ)</w:t>
      </w:r>
    </w:p>
    <w:p>
      <w:r>
        <w:rPr>
          <w:b/>
        </w:rPr>
        <w:t>Статья 232. Обеспечение мер социальной поддержки ветеранов по оплате жилого помещения и коммунальных услуг, а также по обеспечению их жильем</w:t>
      </w:r>
    </w:p>
    <w:p>
      <w:r>
        <w:rPr>
          <w:b/>
        </w:rPr>
        <w:t xml:space="preserve">1. </w:t>
      </w:r>
      <w:r>
        <w:t>Российская Федерация передает для осуществления органам государственной власти субъектов Российской Федерации полномочия по предоставлению мер социальной поддержки по оплате жилищно-коммунальных услуг, установленных статьями 14 - 16, 18 и 21 настоящего Федерального закона, полномочия по обеспечению жильем в соответствии со статьями 14, 16 и 21 настоящего Федерального закона категорий граждан, нуждающихся в улучшении жилищных условий и вставших на учет до 1 января 2005 года, и полномочия по обеспечению жильем в соответствии со статьями 14, 15, 17 - 19 и 21 настоящего Федерального закона категорий граждан, нуждающихся в улучшении жилищных условий. (В редакции федеральных законов от 29.06.2009 № 135-ФЗ, от 21.12.2009 № 327-ФЗ, от 02.12.2019 № 408-ФЗ, от 24.04.2020 № 147-ФЗ)</w:t>
      </w:r>
    </w:p>
    <w:p>
      <w:r>
        <w:rPr>
          <w:b/>
        </w:rPr>
        <w:t xml:space="preserve">2. </w:t>
      </w:r>
      <w:r>
        <w:t>Средства на реализацию передаваемых для осуществления полномочий по предоставлению указанных в пункте 1 настоящей статьи мер социальной поддержки предусматриваются в федеральном бюджете в виде субвенций. (В редакции федеральных законов от 07.05.2013 № 104-ФЗ, от 24.04.2020 № 147-ФЗ)</w:t>
      </w:r>
    </w:p>
    <w:p>
      <w:r>
        <w:rPr>
          <w:b/>
        </w:rPr>
        <w:t xml:space="preserve">3. </w:t>
      </w:r>
      <w:r>
        <w:t>Объем субвенций из федерального бюджета бюджетам субъектов Российской Федерации определяется: (В редакции Федерального закона от 07.05.2013 № 104-ФЗ) 1) по оплате жилищно-коммунальных услуг исходя из числа лиц, имеющих право на указанные меры социальной поддержки, данных федерального органа исполнительной власти, осуществляющего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о стоимости жилищно-коммунальных услуг в конкретном субъекте Российской Федерации в расчете на 1 квадратный метр площади жилья за отчетный год, федерального стандарта социальной нормы площади жилого помещения, утвержденного Правительством Российской Федерации и применяемого для расчета межбюджетных трансфертов, а также исходя из установленного конкретным субъектом Российской Федерации минимального размера взноса на капитальный ремонт общего имущества в многоквартирном доме; (В редакции федеральных законов от 07.03.2018 № 47-ФЗ; от 29.07.2018 № 272-ФЗ) 2) по обеспечению жильем исходя из числа лиц, имеющих право на указанные меры социальной поддержки; общей площади жилья 36 квадратных метров и средней рыночной стоимости 1 квадратного метра общей площади жилья по субъекту Российской Федерации, устанавливаемой федеральным органом исполнительной власти, уполномоченным Правительством Российской Федерации, следующих категорий граждан: (В редакции Федерального закона от 29.06.2009 № 135-ФЗ) инвалидов Великой Отечественной войны; участников Великой Отечественной войны, в том числе военнослужащих, проходивших военную службу в воинских частях, учреждениях, военно-учебных заведениях, не входивших в состав действующей армии, в период с 22 июня 1941 года по 3 сентября 1945 года не менее шести месяцев, военнослужащих, награжденных орденами или медалями СССР за службу в указанный период; лиц, работавших в период Великой Отечественной войны на объектах противовоздушной обороны, местной противовоздушной обороны,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 а также членов экипажей судов транспортного флота, интернированных в начале Великой Отечественной войны в портах других государств; лиц, награжденных знаком "Жителю блокадного Ленинграда", лиц, награжденных знаком "Житель осажденного Севастополя", и лиц, награжденных знаком "Житель осажденного Сталинграда"; (В редакции федеральных законов от 22.12.2020 № 431-ФЗ, от 28.04.2023 № 137-ФЗ) членов семей погибших (умерших) инвалидов Великой Отечественной войны и участников Великой Отечественной войны, членов семей погибших в Великой Отечественной войне лиц из числа личного состава групп самозащиты объектовых и аварийных команд местной противовоздушной обороны, а также членов семей погибших работников госпиталей и больниц города Ленинграда; (Подпункт в редакции Федерального закона от 22.07.2008 № 153-ФЗ) 3) по обеспечению жильем исходя из числа лиц, имеющих право на указанные меры социальной поддержки; общей площади жилья 18 квадратных метров и средней рыночной стоимости 1 квадратного метра общей площади жилья по субъекту Российской Федерации, устанавливаемой федеральным органом исполнительной власти, уполномоченным Правительством Российской Федерации, следующих категорий граждан: инвалидов боевых действий, а также военнослужащих и лиц рядового и начальствующего состава органов внутренних дел, войск национальной гвардии, Государственной противопожарной службы, учреждений и органов уголовно-исполнительной системы, органов принудительного исполнения Российской Федерации, ставших инвалидами вследствие ранения, контузии или увечья, полученных при исполнении обязанностей военной службы (служебных обязанностей); (В редакции федеральных законов от 29.07.2018 № 264-ФЗ, от 01.10.2019 № 328-ФЗ) ветеранов боевых действий; членов семей погибших (умерших) инвалидов боевых действий и ветеранов боевых действий, членов семей военнослужащих, лиц рядового и начальствующего состава органов внутренних дел, войск национальной гвардии, Государственной противопожарной службы, учреждений и органов уголовно-исполнительной системы, органов принудительного исполнения Российской Федерации и органов государственной безопасности, погибших при исполнении обязанностей военной службы (служебных обязанностей), членов семей военнослужащих, погибших в плену, признанных в установленном порядке пропавшими без вести в районах боевых действий. (В редакции федеральных законов от 29.07.2018 № 264-ФЗ, от 01.10.2019 № 328-ФЗ) (Дополнение подпунктом - Федеральный закон от 22.07.2008 № 153-ФЗ)</w:t>
      </w:r>
    </w:p>
    <w:p>
      <w:r>
        <w:rPr>
          <w:b/>
        </w:rPr>
        <w:t xml:space="preserve">31. </w:t>
      </w:r>
      <w:r>
        <w:t>По письменным заявлениям указанных в подпункте 2 пункта 3 настоящей статьи граждан, нуждающихся в улучшении жилищных условий, обеспечение жильем может осуществляться путем предоставления им единовременной денежной выплаты на строительство или приобретение жилого помещения, размер которой определяется исходя из общей площади жилья 36 квадратных метров и средней рыночной стоимости 1 квадратного метра общей площади жилья по субъекту Российской Федерации, устанавливаемой федеральным органом исполнительной власти, уполномоченным Правительством Российской Федерации. (Дополнение пунктом - Федеральный закон от 21.12.2009 № 327-ФЗ)</w:t>
      </w:r>
    </w:p>
    <w:p>
      <w:r>
        <w:rPr>
          <w:b/>
        </w:rPr>
        <w:t xml:space="preserve">32. </w:t>
      </w:r>
      <w:r>
        <w:t>По письменным заявлениям указанных в подпункте 3 пункта 3 настоящей статьи граждан, нуждающихся в улучшении жилищных условий и вставших на учет до 1 января 2005 года, обеспечение жильем может осуществляться путем предоставления им единовременной денежной выплаты на строительство или приобретение жилого помещения, размер которой определяется исходя из общей площади жилья 18 квадратных метров и средней рыночной стоимости 1 квадратного метра общей площади жилья по субъекту Российской Федерации, устанавливаемой федеральным органом исполнительной власти, уполномоченным Правительством Российской Федерации. (Дополнение пунктом - Федеральный закон от 16.10.2012 № 169-ФЗ)</w:t>
      </w:r>
    </w:p>
    <w:p>
      <w:r>
        <w:rPr>
          <w:b/>
        </w:rPr>
        <w:t xml:space="preserve">4. </w:t>
      </w:r>
      <w:r>
        <w:t>Субвенции зачисляются в установленном для исполнения федерального бюджета порядке на счета бюджетов субъектов Российской Федерации</w:t>
      </w:r>
    </w:p>
    <w:p>
      <w:r>
        <w:rPr>
          <w:b/>
        </w:rPr>
        <w:t xml:space="preserve">5. </w:t>
      </w:r>
      <w:r>
        <w:t>Порядок расходования и учета средств на предоставление субвенций устанавливается Правительством Российской Федерации</w:t>
      </w:r>
    </w:p>
    <w:p>
      <w:r>
        <w:rPr>
          <w:b/>
        </w:rPr>
        <w:t xml:space="preserve">6. </w:t>
      </w:r>
      <w:r>
        <w:t>Форма предоставления указанных мер социальной поддержки определяется нормативными правовыми актами субъекта Российской Федерации</w:t>
      </w:r>
    </w:p>
    <w:p>
      <w:r>
        <w:rPr>
          <w:b/>
        </w:rPr>
        <w:t xml:space="preserve">7. </w:t>
      </w:r>
      <w:r>
        <w:t>Органы государственной власти субъектов Российской Федерации ежеквартально представляют: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строительства, жилищной политики и жилищно-коммунального хозяйства, отчетность об осуществлении переданных им Российской Федерацией полномочий по предоставлению указанных мер социальной поддержки, включающую объем расходов бюджета субъекта Российской Федерации, источником финансового обеспечения которых является субвенция из федерального бюджета на предоставление мер социальной поддержки по обеспечению жильем, численность лиц, которым предоставлены указанные меры социальной поддержки, категории получателей мер социальной поддержки, основания получения мер социальной поддержки и стоимость предоставляемого или приобретаемого жилья;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труда и социальной защиты населения, отчетность об осуществлении переданных им Российской Федерацией полномочий по предоставлению указанных мер социальной поддержки, включающую объем расходов бюджета субъекта Российской Федерации, источником финансового обеспечения которых является субвенция из федерального бюджета на предоставление мер социальной поддержки по оплате жилищно-коммунальных услуг, численность лиц, которым предоставлены указанные меры социальной поддержки, категории получателей мер социальной поддержки, основания получения мер социальной поддержки и размер занимаемой площади жилого помещения. Дополнительные отчетные данные представляются в порядке, определяемом Правительством Российской Федерации. (Пункт в редакции Федерального закона от 19.12.2016 № 461-ФЗ)</w:t>
      </w:r>
    </w:p>
    <w:p>
      <w:r>
        <w:rPr>
          <w:b/>
        </w:rPr>
        <w:t xml:space="preserve">8. </w:t>
      </w:r>
      <w:r>
        <w:t>Средства на реализацию указанных полномочий носят целевой характер и не могут быть использованы на другие цели</w:t>
      </w:r>
    </w:p>
    <w:p>
      <w:r>
        <w:rPr>
          <w:b/>
        </w:rPr>
        <w:t xml:space="preserve">9. </w:t>
      </w:r>
      <w:r>
        <w:t>В случае использования средств не по целевому назначению уполномоченный федеральный орган исполнительной власти вправе осуществить взыскание указанных средств в порядке, установленном законодательством Российской Федерации</w:t>
      </w:r>
    </w:p>
    <w:p>
      <w:r>
        <w:rPr>
          <w:b/>
        </w:rPr>
        <w:t xml:space="preserve">10. </w:t>
      </w:r>
      <w:r>
        <w:t>Контроль за расходованием средств осуществляется федеральным органом исполнительной власти, осуществляющим функции по контролю и надзору в финансово-бюджетной сфере, федеральным органом исполнительной власти, осуществляющим функции по контролю и надзору в сфере труда и социальной защиты населения (в части переданных в соответствии с настоящей статьей полномочий по предоставлению мер социальной поддержки по оплате жилищно-коммунальных услуг, установленных статьями 14 - 16, 18 и 21 настоящего Федерального закона),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жилищной политики и жилищно-коммунального хозяйства (в части переданных в соответствии с настоящей статьей полномочий по обеспечению жильем в соответствии со статьями 14, 16 и 21 настоящего Федерального закона категорий граждан, нуждающихся в улучшении жилищных условий и вставших на учет до 1 января 2005 года, и полномочий по обеспечению жильем в соответствии со статьями 14, 15, 17 - 19 и 21 настоящего Федерального закона категорий граждан, нуждающихся в улучшении жилищных условий), Счетной палатой Российской Федерации. (В редакции Федерального закона от 02.12.2019 № 408-ФЗ)</w:t>
      </w:r>
    </w:p>
    <w:p>
      <w:r>
        <w:rPr>
          <w:b/>
        </w:rPr>
        <w:t xml:space="preserve">101. </w:t>
      </w:r>
      <w:r>
        <w:t>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труда и социальной защиты населения, издает обязательные для исполнения органами исполнительной власти субъектов Российской Федерации методические указания по осуществлению переданных в соответствии с настоящей статьей полномочий по предоставлению мер социальной поддержки по оплате жилищно-коммунальных услуг, установленных статьями 14 - 16, 18 и 21 настоящего Федерального закона. (Дополнение пунктом - Федеральный закон от 02.12.2019 № 408-ФЗ)</w:t>
      </w:r>
    </w:p>
    <w:p>
      <w:r>
        <w:rPr>
          <w:b/>
        </w:rPr>
        <w:t xml:space="preserve">102. </w:t>
      </w:r>
      <w:r>
        <w:t>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строительства, жилищной политики и жилищно-коммунального хозяйства, издает обязательные для исполнения органами исполнительной власти субъектов Российской Федерации методические указания по осуществлению переданных в соответствии с настоящей статьей полномочий по обеспечению жильем в соответствии со статьями 14, 16 и 21 настоящего Федерального закона категорий граждан, нуждающихся в улучшении жилищных условий и вставших на учет до 1 января 2005 года, и полномочий по обеспечению жильем в соответствии со статьями 14, 15, 17 - 19 и 21 настоящего Федерального закона категорий граждан, нуждающихся в улучшении жилищных условий. (Дополнение пунктом - Федеральный закон от 02.12.2019 № 408-ФЗ)</w:t>
      </w:r>
    </w:p>
    <w:p>
      <w:r>
        <w:rPr>
          <w:b/>
        </w:rPr>
        <w:t xml:space="preserve">11. </w:t>
      </w:r>
      <w:r>
        <w:t>Определение порядка предоставления жилых помещений (по договору социального найма либо в собственность), а также единовременной денежной выплаты на строительство или приобретение жилого помещения указанным в подпункте 2 пункта 3 настоящей статьи гражданам, нуждающимся в улучшении жилищных условий, устанавливается законодательством субъектов Российской Федерации. (В редакции Федерального закона от 21.12.2009 № 327-ФЗ)</w:t>
      </w:r>
    </w:p>
    <w:p>
      <w:r>
        <w:rPr>
          <w:b/>
        </w:rPr>
        <w:t xml:space="preserve">111. </w:t>
      </w:r>
      <w:r>
        <w:t>Определение порядка предоставления жилых помещений (по договору социального найма либо в собственность), а также единовременной денежной выплаты на строительство или приобретение жилого помещения указанным в подпункте 3 пункта 3 настоящей статьи гражданам, нуждающимся в улучшении жилищных условий и вставшим на учет до 1 января 2005 года, устанавливается законодательством субъектов Российской Федерации. (Дополнение пунктом - Федеральный закон от 21.12.2009 № 327-ФЗ) (В редакции Федерального закона от 16.10.2012 № 169-ФЗ)</w:t>
      </w:r>
    </w:p>
    <w:p>
      <w:r>
        <w:rPr>
          <w:b/>
        </w:rPr>
        <w:t xml:space="preserve">12. </w:t>
      </w:r>
      <w:r>
        <w:t>Органы государственной власти субъектов Российской Федерации вправе наделять законами субъектов Российской Федерации органы местного самоуправления полномочиями, указанными в пункте 1 настоящей статьи. (Дополнение пунктом - Федеральный закон от 18.10.2007 № 230-ФЗ) (Дополнение статьей - Федеральный закон от 29.12.2004 № 199-ФЗ)</w:t>
      </w:r>
    </w:p>
    <w:p>
      <w:r>
        <w:rPr>
          <w:b/>
        </w:rPr>
        <w:t>Статья 24. Погребение погибших (умерших) ветеранов</w:t>
      </w:r>
    </w:p>
    <w:p>
      <w:r>
        <w:t>Погребение погибших (умерших) ветеранов осуществляется с учетом особенностей, предусмотренных Федеральным законом от 12 января 1996 года № 8-ФЗ "О погребении и похоронном деле". (Статья в редакции Федерального закона от 06.04.2024 № 71-ФЗ)</w:t>
      </w:r>
    </w:p>
    <w:p>
      <w:r>
        <w:rPr>
          <w:b/>
        </w:rPr>
        <w:t>Статья 241. Обеспечение размещения информации о предоставлении мер социальной поддержки</w:t>
      </w:r>
    </w:p>
    <w:p>
      <w:r>
        <w:rPr>
          <w:b/>
        </w:rPr>
        <w:t xml:space="preserve">1. </w:t>
      </w:r>
      <w:r>
        <w:t>Учет сведений об отнесении граждан к категориям ветеранов Великой Отечественной войны, инвалидов Великой Отечественной войны, членов семей погибших (умерших) инвалидов Великой Отечественной войны, участников Великой Отечественной войны, ветеранов труда осуществляется посредством регистрации соответствующих решений в государственной информационной системе "Единая централизованная цифровая платформа в социальной сфере"</w:t>
      </w:r>
    </w:p>
    <w:p>
      <w:r>
        <w:rPr>
          <w:b/>
        </w:rPr>
        <w:t xml:space="preserve">2. </w:t>
      </w:r>
      <w:r>
        <w:t>Размещение информации о предоставлении мер социальной поддержки в соответствии с настоящим Федеральным законом в государственной информационной системе "Единая централизованная цифровая платформа в социальной сфере", а также получение такой информации из указанной системы осуществляется в соответствии с Федеральным законом от 17 июля 1999 года № 178-ФЗ "О государственной социальной помощи". (Дополнение статьей - Федеральный закон от 07.03.2018 № 56-ФЗ) (В редакции Федерального закона от 10.07.2023 № 293-ФЗ)</w:t>
      </w:r>
    </w:p>
    <w:p>
      <w:pPr>
        <w:pStyle w:val="Heading3"/>
      </w:pPr>
      <w:r>
        <w:t>ЗАКЛЮЧИТЕЛЬНЫЕ ПОЛОЖЕНИЯ</w:t>
      </w:r>
    </w:p>
    <w:p>
      <w:r>
        <w:rPr>
          <w:b/>
        </w:rPr>
        <w:t>Статья 25. Общественные объединения ветеранов</w:t>
      </w:r>
    </w:p>
    <w:p>
      <w:r>
        <w:rPr>
          <w:b/>
        </w:rPr>
        <w:t xml:space="preserve">1. </w:t>
      </w:r>
      <w:r>
        <w:t>В целях защиты прав и законных интересов ветеранов в соответствии с законодательством создаются общественные объединения ветеранов</w:t>
      </w:r>
    </w:p>
    <w:p>
      <w:r>
        <w:rPr>
          <w:b/>
        </w:rPr>
        <w:t xml:space="preserve">2. </w:t>
      </w:r>
      <w:r>
        <w:t>Федеральные органы государственной власти, органы государственной власти субъектов Российской Федерации и органы местного самоуправления оказывают содействие деятельности общественных объединений ветеранов</w:t>
      </w:r>
    </w:p>
    <w:p>
      <w:r>
        <w:rPr>
          <w:b/>
        </w:rPr>
        <w:t xml:space="preserve">3. </w:t>
      </w:r>
      <w:r>
        <w:t>Решения по вопросам социальной поддержки ветеранов, деятельности общественных объединений ветеранов принимаются федеральными органами государственной власти, органами государственной власти субъектов Российской Федерации и органами местного самоуправления при участии представителей соответствующих объединений ветеранов. (В редакции Федерального закона от 22.08.2004 № 122-ФЗ)</w:t>
      </w:r>
    </w:p>
    <w:p>
      <w:r>
        <w:rPr>
          <w:b/>
        </w:rPr>
        <w:t>Статья 26. Ответственность за неисполнение или ненадлежащее исполнение законодательства Российской Федерации о ветеранах</w:t>
      </w:r>
    </w:p>
    <w:p>
      <w:r>
        <w:t>Должностные лица федеральных органов государственной власти, органов государственной власти субъектов Российской Федерации и органов местного самоуправления в соответствии с законодательством несут ответственность за неисполнение или ненадлежащее исполнение законодательства Российской Федерации о ветеранах.</w:t>
      </w:r>
    </w:p>
    <w:p>
      <w:r>
        <w:rPr>
          <w:b/>
        </w:rPr>
        <w:t>Статья 27. Судебная защита прав ветеранов</w:t>
      </w:r>
    </w:p>
    <w:p>
      <w:r>
        <w:t>Ветераны имеют право на обращение в суд за защитой прав, установленных настоящим Федеральным законом, другими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мер социальной поддержки. (В редакции Федерального закона от 22.08.2004 № 122-ФЗ)</w:t>
      </w:r>
    </w:p>
    <w:p>
      <w:r>
        <w:rPr>
          <w:b/>
        </w:rPr>
        <w:t>Статья 28. Документы (сведения), подтверждающие права ветеранов и членов семей погибших (умерших) инвалидов войны, участников Великой Отечественной войны и ветеранов боевых действий</w:t>
      </w:r>
    </w:p>
    <w:p>
      <w:r>
        <w:t>(Наименование в редакции Федерального закона от 10.07.2023 № 293-ФЗ)</w:t>
      </w:r>
    </w:p>
    <w:p>
      <w:r>
        <w:rPr>
          <w:b/>
        </w:rPr>
        <w:t xml:space="preserve">1. </w:t>
      </w:r>
      <w:r>
        <w:t>Реализация мер социальной поддержки ветеранов и членов семей погибших (умерших) инвалидов войны, участников Великой Отечественной войны и ветеранов боевых действий осуществляется на основании сведений из государственной информационной системы "Единая централизованная цифровая платформа в социальной сфере" либо при предъявлении ими удостоверения единого образца, установленного для каждой категории ветеранов и членов семей погибших (умерших) инвалидов войны, участников Великой Отечественной войны и ветеранов боевых действий Правительством СССР до 1 января 1992 года или Правительством Российской Федерации. (В редакции федеральных законов от 30.04.2021 № 135-ФЗ, от 10.07.2023 № 293-ФЗ)</w:t>
      </w:r>
    </w:p>
    <w:p>
      <w:r>
        <w:rPr>
          <w:b/>
        </w:rPr>
        <w:t xml:space="preserve">2. </w:t>
      </w:r>
      <w:r>
        <w:t>Выдача удостоверения члена семьи ветерана боевых действий осуществляется членам семей лиц, указанных в пункте 1 статьи 3 настоящего Федерального закона, погибших (умерших) и не получивших при жизни удостоверение ветерана боевых действий, на основании документов, подтверждающих факт гибели (смерти) указанных лиц, а также факт их участия в боевых действиях, операциях, боевых заданиях, выполнении задач, работ, обеспечении боевых действий или выполнения специальных задач. (Дополнение пунктом - Федеральный закон от 30.04.2021 № 135-ФЗ) (Статья в редакции Федерального закона от 05.04.2013 № 46-ФЗ)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