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государственном кредите в 1994 году</w:t>
      </w:r>
    </w:p>
    <w:p>
      <w:r>
        <w:rPr>
          <w:b/>
        </w:rPr>
        <w:t>Статья None. Федеральный закон   от 30.03.1995 № 36-ФЗ</w:t>
      </w:r>
    </w:p>
    <w:p>
      <w:r>
        <w:t>О ратификации Соглашения между Правительством Российской Федерации и Правительством Республики Беларусь о государственном кредите в 1994 году РОССИЙСКАЯ ФЕДЕРАЦИЯ ФЕДЕРАЛЬНЫЙ ЗАКОН О ратификации Соглашения между Правительством Российской Федерации и Правительством Республики Беларусь о государственном кредите в 1994 году Принят Государственной Думой 24 февраля 1995 года Одобрен Советом Федерации 22 марта 1995 года Ратифицировать Соглашение между Правительством Российской Федерации и Правительством Республики Беларусь о государственном кредите в 1994 году, подписанное в городе Москве 24 мая 1994 года. Президент Российской Федерации Б.Ельцин Москва, Кремль 30 марта 1995 года № 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