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между Правительством Российской Федерации и Правительством Королевства Швеции об избежании двойного налогообложения в отношении налогов на доходы</w:t>
      </w:r>
    </w:p>
    <w:p>
      <w:r>
        <w:rPr>
          <w:b/>
        </w:rPr>
        <w:t>Статья None. Федеральный закон   от 24.04.1995 № 55-ФЗ</w:t>
      </w:r>
    </w:p>
    <w:p>
      <w:r>
        <w:t>О ратификации Конвенции между Правительством Российской Федерации и Правительством Королевства Швеции об избежании двойного налогообложения в отношении налогов на доходы РОССИЙСКАЯ ФЕДЕРАЦИЯ ФЕДЕРАЛЬНЫЙ ЗАКОН О ратификации Конвенции между Правительством Российской Федерации и Правительством Королевства Швеции об избежании двойного налогообложения в отношении налогов на доходы Принят Государственной Думой 17 марта 1995 года Одобрен Советом Федерации 12 апреля 1995 года Ратифицировать Конвенцию между Правительством Российской Федерации и Правительством Королевства Швеции об избежании двойного налогообложения в отношении налогов на доходы, подписанную в городе Стокгольме 15 июня 1993 года. Президент Российской Федерации Б.Ельцин Москва, Кремль 24 апреля 1995 года № 55-ФЗ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