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ратификации Соглашения между Российской Федерацией и Эстонской Республикой по вопросам социальных гарантий пенсионерам Вооруженных Сил Российской Федерации на территории Эстонской Республики</w:t>
      </w:r>
    </w:p>
    <w:p>
      <w:r>
        <w:rPr>
          <w:b/>
        </w:rPr>
        <w:t>Статья None. Федеральный закон   от 11.08.1995 № 137-ФЗ</w:t>
      </w:r>
    </w:p>
    <w:p>
      <w:r>
        <w:t>О ратификации Соглашения между Российской Федерацией и Эстонской Республикой по вопросам социальных гарантий пенсионерам Вооруженных Сил Российской Федерации на территории Эстонской Республики РОССИЙСКАЯ ФЕДЕРАЦИЯ ФЕДЕРАЛЬНЫЙ ЗАКОН О ратификации Соглашения между Российской Федерацией и Эстонской Республикой по вопросам социальных гарантий пенсионерам Вооруженных Сил Российской Федерации на территории Эстонской Республики Принят Государственной Думой 21 июля 1995 года Одобрен Советом Федерации 27 июля 1995 года Ратифицировать Соглашение между Российской Федерацией и Эстонской Республикой по вопросам социальных гарантий пенсионерам Вооруженных Сил Российской Федерации на территории Эстонской Республики, подписанное в городе Москве 26 июля 1994 года. Президент Российской Федерации Б.Ельцин Москва, Кремль 11 августа 1995 года № 137-ФЗ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