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жилищном, материальном обеспечении и медицинском обслуживании вдовы Н.М. Пятчица</w:t>
      </w:r>
    </w:p>
    <w:p>
      <w:r>
        <w:rPr>
          <w:b/>
        </w:rPr>
        <w:t>Статья 1. Предоставить вдове и младшему сыну умершего депутата Государственной Думы Н.М. Пятчица двухкомнатную квартиру в городе Москве.</w:t>
      </w:r>
    </w:p>
    <w:p>
      <w:r>
        <w:t>Предоставить вдове и младшему сыну умершего депутата Государственной Думы Н.М. Пятчица двухкомнатную квартиру в городе Москве.</w:t>
      </w:r>
    </w:p>
    <w:p>
      <w:r>
        <w:rPr>
          <w:b/>
        </w:rPr>
        <w:t>Статья 2. Назначить вдове Н.М. Пятчица пособие в размере двукратного минимального размера пенсии по старости в месяц. Круг членов семьи и сроки выплаты пособия определяются применительно к статьям 50 и 51 Закона РСФСР "О государственных пенсиях в РСФСР".</w:t>
      </w:r>
    </w:p>
    <w:p>
      <w:r>
        <w:t>Назначить вдове Н.М. Пятчица пособие в размере двукратного минимального размера пенсии по старости в месяц. Круг членов семьи и сроки выплаты пособия определяются применительно к статьям 50 и 51 Закона РСФСР "О государственных пенсиях в РСФСР".</w:t>
      </w:r>
    </w:p>
    <w:p>
      <w:r>
        <w:rPr>
          <w:b/>
        </w:rPr>
        <w:t>Статья 3. Финансирование расходов на выплату указанных пособий производить за счет средств федерального бюджета.</w:t>
      </w:r>
    </w:p>
    <w:p>
      <w:r>
        <w:t>Финансирование расходов на выплату указанных пособий производить за счет средств федерального бюджета.</w:t>
      </w:r>
    </w:p>
    <w:p>
      <w:r>
        <w:rPr>
          <w:b/>
        </w:rPr>
        <w:t>Статья 4. Правительству Российской Федерации обеспечить медицинское обслуживание вдовы Н.М. Пятчица.</w:t>
      </w:r>
    </w:p>
    <w:p>
      <w:r>
        <w:t>Правительству Российской Федерации обеспечить медицинское обслуживание вдовы Н.М. Пятчица.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