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повышении минимального размера пенсии, порядке индексации и перерасчета государственных пенсий в Российской Федерации</w:t>
      </w:r>
    </w:p>
    <w:p>
      <w:r>
        <w:rPr>
          <w:b/>
        </w:rPr>
        <w:t>Статья 1. Установить минимальный размер пенсии по старости при общем трудовом стаже, равном требуемому для назначения полной пенсии, в следующих размерах:</w:t>
      </w:r>
    </w:p>
    <w:p>
      <w:r>
        <w:t>с 1 ноября 1995 года - в сумме 57 750 рублей в месяц; с 1 декабря 1995 года - в сумме 60 500 рублей в месяц; с 1 января 1996 года - в сумме 63 250 рублей в месяц. Увеличить все пенсии, исчисленные в соответствии с Законом РСФСР "О государственных пенсиях в РСФСР", с 1 ноября 1995 года в 1,05 раза, с 1 декабря 1995 года в 1,1 раза и с 1 января 1996 года в 1,15 раза, исходя из размеров пенсий, выплаченных за октябрь 1995 года. При увеличении размера пенсии в соответствии с настоящей статьей сохраняется компенсационная выплата к пенсии, установленная законодательством Российской Федерации.</w:t>
      </w:r>
    </w:p>
    <w:p>
      <w:r>
        <w:rPr>
          <w:b/>
        </w:rPr>
        <w:t>Статья 2. При назначении пенсий или их перерасчете после 1 ноября 1995 года суммы заработка, полученные до 1 ноября 1995 года, индексируются с применением коэффициентов, установленных для соответствующих периодов, включая коэффициент, предусмотренный статьей 1 настоящего Федерального закона. Суммы заработка, полученные соответственно после 1 ноября 1995 года, 1 декабря 1995 года и 1 января 1996 года, учитываются без применения коэффициентов. Размер пенсии при этом (с 1 ноября 1995 года - в 1,05 раза, с 1 декабря 1995 года - в 1,1 раза и с 1 января 1996 года - в 1,15 раза) не повышается, к пенсии начисляется компенсационная выплата, установленная законодательством Российской Федерации.</w:t>
      </w:r>
    </w:p>
    <w:p>
      <w:r>
        <w:t>При назначении пенсий или их перерасчете после 1 ноября 1995 года суммы заработка, полученные до 1 ноября 1995 года, индексируются с применением коэффициентов, установленных для соответствующих периодов, включая коэффициент, предусмотренный статьей 1 настоящего Федерального закона. Суммы заработка, полученные соответственно после 1 ноября 1995 года, 1 декабря 1995 года и 1 января 1996 года, учитываются без применения коэффициентов. Размер пенсии при этом (с 1 ноября 1995 года - в 1,05 раза, с 1 декабря 1995 года - в 1,1 раза и с 1 января 1996 года - в 1,15 раза) не повышается, к пенсии начисляется компенсационная выплата, установленная законодательством Российской Федерации.</w:t>
      </w:r>
    </w:p>
    <w:p>
      <w:r>
        <w:rPr>
          <w:b/>
        </w:rPr>
        <w:t>Статья 3. Финансирование расходов, предусмотренных настоящим Федеральным законом, производится из источников, за счет которых осуществляются выплаты соответствующих пенсий.</w:t>
      </w:r>
    </w:p>
    <w:p>
      <w:r>
        <w:t>Финансирование расходов, предусмотренных настоящим Федеральным законом, производится из источников, за счет которых осуществляются выплаты соответствующих пенсий.</w:t>
      </w:r>
    </w:p>
    <w:p>
      <w:r>
        <w:rPr>
          <w:b/>
        </w:rPr>
        <w:t>Статья 4. Настоящий Федеральный закон вступает в силу с 1 ноября 1995 года.</w:t>
      </w:r>
    </w:p>
    <w:p>
      <w:r>
        <w:t>Настоящий Федеральный закон вступает в силу с 1 ноября 1995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