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r>
        <w:rPr>
          <w:b/>
        </w:rPr>
        <w:t>Статья 1. Внести в Закон РСФСР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следующие изменения и дополнения:</w:t>
      </w:r>
    </w:p>
    <w:p>
      <w:r>
        <w:rPr>
          <w:b/>
        </w:rPr>
        <w:t xml:space="preserve">1. </w:t>
      </w:r>
      <w:r>
        <w:t>Статью 3 дополнить частями второй и третьей следующего содержания: "При наличии у граждан Российской Федерации права на получение компенсаций и льгот, предусмотренных настоящим Законом, по нескольким основаниям им предоставляется право выбора одной из компенсаций и льгот. Компенсации и льготы, предусмотренные настоящим Законом, предоставляются и выплачиваются в порядке, установленном Правительством Российской Федерации."</w:t>
      </w:r>
    </w:p>
    <w:p>
      <w:r>
        <w:rPr>
          <w:b/>
        </w:rPr>
        <w:t xml:space="preserve">2. </w:t>
      </w:r>
      <w:r>
        <w:t>В статье 5</w:t>
      </w:r>
    </w:p>
    <w:p>
      <w:r>
        <w:rPr>
          <w:b/>
        </w:rPr>
        <w:t xml:space="preserve">3. </w:t>
      </w:r>
      <w:r>
        <w:t>В статье 6</w:t>
      </w:r>
    </w:p>
    <w:p>
      <w:r>
        <w:rPr>
          <w:b/>
        </w:rPr>
        <w:t xml:space="preserve">4. </w:t>
      </w:r>
      <w:r>
        <w:t>Наименование раздела II изложить в следующей редакции: "Режим и экологическое оздоровление территорий, подвергшихся радиоактивному загрязнению вследствие катастрофы на Чернобыльской АЭС"</w:t>
      </w:r>
    </w:p>
    <w:p>
      <w:r>
        <w:rPr>
          <w:b/>
        </w:rPr>
        <w:t xml:space="preserve">5. </w:t>
      </w:r>
      <w:r>
        <w:t>В статье 7</w:t>
      </w:r>
    </w:p>
    <w:p>
      <w:r>
        <w:rPr>
          <w:b/>
        </w:rPr>
        <w:t xml:space="preserve">6. </w:t>
      </w:r>
      <w:r>
        <w:t>В статье 8</w:t>
      </w:r>
    </w:p>
    <w:p>
      <w:r>
        <w:rPr>
          <w:b/>
        </w:rPr>
        <w:t xml:space="preserve">7. </w:t>
      </w:r>
      <w:r>
        <w:t>В статье 13</w:t>
      </w:r>
    </w:p>
    <w:p>
      <w:r>
        <w:rPr>
          <w:b/>
        </w:rPr>
        <w:t xml:space="preserve">8. </w:t>
      </w:r>
      <w:r>
        <w:t>В статье 14</w:t>
      </w:r>
    </w:p>
    <w:p>
      <w:r>
        <w:rPr>
          <w:b/>
        </w:rPr>
        <w:t xml:space="preserve">9. </w:t>
      </w:r>
      <w:r>
        <w:t>В статье 15</w:t>
      </w:r>
    </w:p>
    <w:p>
      <w:r>
        <w:rPr>
          <w:b/>
        </w:rPr>
        <w:t xml:space="preserve">10. </w:t>
      </w:r>
      <w:r>
        <w:t>В статье 16</w:t>
      </w:r>
    </w:p>
    <w:p>
      <w:r>
        <w:rPr>
          <w:b/>
        </w:rPr>
        <w:t xml:space="preserve">11. </w:t>
      </w:r>
      <w:r>
        <w:t>В статье 17</w:t>
      </w:r>
    </w:p>
    <w:p>
      <w:r>
        <w:rPr>
          <w:b/>
        </w:rPr>
        <w:t xml:space="preserve">12. </w:t>
      </w:r>
      <w:r>
        <w:t>В статье 18</w:t>
      </w:r>
    </w:p>
    <w:p>
      <w:r>
        <w:rPr>
          <w:b/>
        </w:rPr>
        <w:t xml:space="preserve">13. </w:t>
      </w:r>
      <w:r>
        <w:t>В статье 19</w:t>
      </w:r>
    </w:p>
    <w:p>
      <w:r>
        <w:rPr>
          <w:b/>
        </w:rPr>
        <w:t xml:space="preserve">14. </w:t>
      </w:r>
      <w:r>
        <w:t>В статье 20</w:t>
      </w:r>
    </w:p>
    <w:p>
      <w:r>
        <w:rPr>
          <w:b/>
        </w:rPr>
        <w:t xml:space="preserve">15. </w:t>
      </w:r>
      <w:r>
        <w:t>В статье 21 слова "пунктами 1 - 5" заменить словами "пунктами 1 - 3 и 5"</w:t>
      </w:r>
    </w:p>
    <w:p>
      <w:r>
        <w:rPr>
          <w:b/>
        </w:rPr>
        <w:t xml:space="preserve">16. </w:t>
      </w:r>
      <w:r>
        <w:t>В статье 22</w:t>
      </w:r>
    </w:p>
    <w:p>
      <w:r>
        <w:rPr>
          <w:b/>
        </w:rPr>
        <w:t xml:space="preserve">17. </w:t>
      </w:r>
      <w:r>
        <w:t>В части девятой статьи 23 слова "Министерством обороны Российской Федерации" заменить словами "Правительством Российской Федерации"</w:t>
      </w:r>
    </w:p>
    <w:p>
      <w:r>
        <w:rPr>
          <w:b/>
        </w:rPr>
        <w:t xml:space="preserve">18. </w:t>
      </w:r>
      <w:r>
        <w:t>В статье 24</w:t>
      </w:r>
    </w:p>
    <w:p>
      <w:r>
        <w:rPr>
          <w:b/>
        </w:rPr>
        <w:t xml:space="preserve">19. </w:t>
      </w:r>
      <w:r>
        <w:t>В части второй статьи 25</w:t>
      </w:r>
    </w:p>
    <w:p>
      <w:r>
        <w:rPr>
          <w:b/>
        </w:rPr>
        <w:t xml:space="preserve">20. </w:t>
      </w:r>
      <w:r>
        <w:t>В статье 26 слова "Правительства республик в составе Российской Федерации, местные органы исполнительной власти" заменить словами "Органы исполнительной власти субъектов Российской Федерации, органы местного самоуправления"</w:t>
      </w:r>
    </w:p>
    <w:p>
      <w:r>
        <w:rPr>
          <w:b/>
        </w:rPr>
        <w:t xml:space="preserve">21. </w:t>
      </w:r>
      <w:r>
        <w:t>Раздел III после статьи 28 дополнить абзацем следующего содержания: "Примечание. Гражданам, переезжающим на постоянное место жительства из зоны с более высокой плотностью радиоактивного загрязнения в зону с меньшей плотностью радиоактивного загрязнения, выплаты дополнительных денежных компенсаций, пенсий, пособий, стипендий и оплата дополнительного оплачиваемого отпуска производятся с учетом общего времени проживания на загрязненной территории."</w:t>
      </w:r>
    </w:p>
    <w:p>
      <w:r>
        <w:rPr>
          <w:b/>
        </w:rPr>
        <w:t xml:space="preserve">22. </w:t>
      </w:r>
      <w:r>
        <w:t>(Утратил силу - Федеральный закон от 18.07.2006 № 112-ФЗ)</w:t>
      </w:r>
    </w:p>
    <w:p>
      <w:r>
        <w:rPr>
          <w:b/>
        </w:rPr>
        <w:t xml:space="preserve">23. </w:t>
      </w:r>
      <w:r>
        <w:t>В статье 29</w:t>
      </w:r>
    </w:p>
    <w:p>
      <w:r>
        <w:rPr>
          <w:b/>
        </w:rPr>
        <w:t xml:space="preserve">24. </w:t>
      </w:r>
      <w:r>
        <w:t>(Утратил силу - Федеральный закон от 18.07.2006 № 112-ФЗ)</w:t>
      </w:r>
    </w:p>
    <w:p>
      <w:r>
        <w:rPr>
          <w:b/>
        </w:rPr>
        <w:t xml:space="preserve">25. </w:t>
      </w:r>
      <w:r>
        <w:t>Наименования статей 33, 34 и 35 после слова "граждан," дополнить словом "постоянно"</w:t>
      </w:r>
    </w:p>
    <w:p>
      <w:r>
        <w:rPr>
          <w:b/>
        </w:rPr>
        <w:t xml:space="preserve">26. </w:t>
      </w:r>
      <w:r>
        <w:t>В примечании к статье 35 слова "в течение этого периода" заменить словами "до момента переселения (выезда) с этой территории или до принятия решения Правительством Российской Федерации об изменении границ зон радиоактивного загрязнения"</w:t>
      </w:r>
    </w:p>
    <w:p>
      <w:r>
        <w:rPr>
          <w:b/>
        </w:rPr>
        <w:t xml:space="preserve">27. </w:t>
      </w:r>
      <w:r>
        <w:t>В статье 39</w:t>
      </w:r>
    </w:p>
    <w:p>
      <w:r>
        <w:rPr>
          <w:b/>
        </w:rPr>
        <w:t xml:space="preserve">28. </w:t>
      </w:r>
      <w:r>
        <w:t>Часть вторую статьи 41 после слова "Законом" дополнить словами ", а в случае получения двух пенсий указанная компенсация назначается по выбору к одной из получаемых пенсий."</w:t>
      </w:r>
    </w:p>
    <w:p>
      <w:r>
        <w:rPr>
          <w:b/>
        </w:rPr>
        <w:t xml:space="preserve">29. </w:t>
      </w:r>
      <w:r>
        <w:t>Из части первой статьи 43 исключить слова "а также поставляющим в эти зоны продовольственные и иные товары народного потребления,"</w:t>
      </w:r>
    </w:p>
    <w:p>
      <w:r>
        <w:rPr>
          <w:b/>
        </w:rPr>
        <w:t xml:space="preserve">30. </w:t>
      </w:r>
      <w:r>
        <w:t>Статью 44 изложить в следующей редакции: "Общественные объединения (кроме политических партий и профессиональных союзов) лиц, пострадавших в результате катастрофы на Чернобыльской АЭС, а также фонды (кроме международных), уставная деятельность которых направлена на осуществление благотворительных акций, связанных с чернобыльской катастрофой, подлежат льготному налогообложению в соответствии с законодательством Российской Федерации."</w:t>
      </w:r>
    </w:p>
    <w:p>
      <w:r>
        <w:rPr>
          <w:b/>
        </w:rPr>
        <w:t xml:space="preserve">31. </w:t>
      </w:r>
      <w:r>
        <w:t>Статью 47 изложить в следующей редакции: "Государственное регулирование социально-правовой защиты пострадавших в результате радиационных воздействий и реабилитации территорий, подвергшихся радиоактивному загрязнению, осуществляется Правительством Российской Федерации и государственным органом по защите пострадавших от радиационных воздействий. Контроль за исполнением настоящего Закона осуществляется Правительством Российской Федерации, органами законодательной и исполнительной власти субъектов Российской Федерации и органами местного самоуправления, профессиональными союзами и общественными объединениями граждан, пострадавших в результате катастрофы на Чернобыльской АЭС или принимавших участие в ликвидации ее последствий."</w:t>
      </w:r>
    </w:p>
    <w:p>
      <w:r>
        <w:rPr>
          <w:b/>
        </w:rPr>
        <w:t xml:space="preserve">32. </w:t>
      </w:r>
      <w:r>
        <w:t>В статье 49</w:t>
      </w:r>
    </w:p>
    <w:p>
      <w:r>
        <w:rPr>
          <w:b/>
        </w:rPr>
        <w:t xml:space="preserve">33. </w:t>
      </w:r>
      <w:r>
        <w:t>В статье 5 слова "из республиканского бюджета Российской Федерации" заменить словами "из федерального бюджета"</w:t>
      </w:r>
    </w:p>
    <w:p>
      <w:r>
        <w:rPr>
          <w:b/>
        </w:rPr>
        <w:t xml:space="preserve">34. </w:t>
      </w:r>
      <w:r>
        <w:t>В статьях 14, 15, 18 и 25 слова "республиканский бюджет Российской Федерации" заменить словами "федеральный бюджет"</w:t>
      </w:r>
    </w:p>
    <w:p>
      <w:r>
        <w:rPr>
          <w:b/>
        </w:rPr>
        <w:t xml:space="preserve">35. </w:t>
      </w:r>
      <w:r>
        <w:t>В статье 3, наименовании статьи 4, части третьей статьи 5, пункте 1 статьи 6, части девятой статьи 24, наименовании раздела V, наименовании и частях первой и второй статьи 39, наименовании статьи 40, наименовании и тексте статьи 42 слово "ущерб" в соответствующих падежах заменить словом "вред" в соответствующих падежах</w:t>
      </w:r>
    </w:p>
    <w:p>
      <w:r>
        <w:rPr>
          <w:b/>
        </w:rPr>
        <w:t xml:space="preserve">2. </w:t>
      </w:r>
      <w:r>
        <w:t>часть первую дополнить предложением: "Финансирование производится с учетом расходов, связанных с доставкой всех видов денежных выплат."</w:t>
      </w:r>
    </w:p>
    <w:p>
      <w:r>
        <w:rPr>
          <w:b/>
        </w:rPr>
        <w:t xml:space="preserve">2. </w:t>
      </w:r>
      <w:r>
        <w:t>в части второй слова "предприятиям, учреждениям, организациям" заменить словами "организациям независимо от организационно-правовой формы и формы собственности"</w:t>
      </w:r>
    </w:p>
    <w:p>
      <w:r>
        <w:rPr>
          <w:b/>
        </w:rPr>
        <w:t xml:space="preserve">3. </w:t>
      </w:r>
      <w:r>
        <w:t>второе предложение абзаца второго пункта 3 после слова "населения" изложить в следующей редакции: "5 мЗв (0,5 бэр) в 1991 году и максимально возможного, оправданного экономическими и социальными факторами снижения этой дозы до 1 мЗв (0,1 бэр) в год". 2) в пункте 5 слова "зон отчуждения и обязательного отселения" заменить словами "зоны отчуждения и зоны отселения, из которых население подлежит обязательному отселению в соответствии со статьей 9 настоящего Закона"</w:t>
      </w:r>
    </w:p>
    <w:p>
      <w:r>
        <w:rPr>
          <w:b/>
        </w:rPr>
        <w:t xml:space="preserve">5. </w:t>
      </w:r>
      <w:r>
        <w:t>абзац второй части первой изложить в следующей редакции: "из которых в 1986 году и в последующие годы проведена эвакуация и отселение граждан;"</w:t>
      </w:r>
    </w:p>
    <w:p>
      <w:r>
        <w:rPr>
          <w:b/>
        </w:rPr>
        <w:t xml:space="preserve">5. </w:t>
      </w:r>
      <w:r>
        <w:t>часть третью изложить в следующей редакции: "Границы этих зон и перечень населенных пунктов, находящихся в них, устанавливаются в зависимости от изменения радиационной обстановки и с учетом других факторов и пересматриваются Правительством Российской Федерации не реже чем один раз в пять лет."</w:t>
      </w:r>
    </w:p>
    <w:p>
      <w:r>
        <w:rPr>
          <w:b/>
        </w:rPr>
        <w:t xml:space="preserve">6. </w:t>
      </w:r>
      <w:r>
        <w:t>в части первой слова "до принятия настоящего Закона" заменить словами "до 15 мая 1991 года"; слова "в 1986 году и в последующие годы" заменить словами "в 1986 и в 1987 годах"; слова "либо переселено" исключить</w:t>
      </w:r>
    </w:p>
    <w:p>
      <w:r>
        <w:rPr>
          <w:b/>
        </w:rPr>
        <w:t xml:space="preserve">6. </w:t>
      </w:r>
      <w:r>
        <w:t>часть вторую изложить в следующей редакции: "В зоне отчуждения на территории Российской Федерации запрещается постоянное проживание населения, ограничивается хозяйственная деятельность и природопользование. Перечень видов хозяйственной деятельности, порядок ее организации и природопользования в зоне отчуждения устанавливаются Правительством Российской Федерации."</w:t>
      </w:r>
    </w:p>
    <w:p>
      <w:r>
        <w:rPr>
          <w:b/>
        </w:rPr>
        <w:t xml:space="preserve">7. </w:t>
      </w:r>
      <w:r>
        <w:t>в пункте 1 слова "либо связанные" заменить словом "или"</w:t>
      </w:r>
    </w:p>
    <w:p>
      <w:r>
        <w:rPr>
          <w:b/>
        </w:rPr>
        <w:t xml:space="preserve">7. </w:t>
      </w:r>
      <w:r>
        <w:t>абзац четвертый пункта 2 после слов "из указанных зон" дополнить словами "после принятия решения об эвакуации"</w:t>
      </w:r>
    </w:p>
    <w:p>
      <w:r>
        <w:rPr>
          <w:b/>
        </w:rPr>
        <w:t xml:space="preserve">7. </w:t>
      </w:r>
      <w:r>
        <w:t>в пункте 3 после слов "связанных с ликвидацией последствий чернобыльской катастрофы" дополнить словами "в пределах зоны отчуждения"; после слов "службу в зоне отчуждения;" дополнить словами "граждане, в том числе"; слова "по объекту "Укрытие", а также" заменить словами "по объекту "Укрытие";"</w:t>
      </w:r>
    </w:p>
    <w:p>
      <w:r>
        <w:rPr>
          <w:b/>
        </w:rPr>
        <w:t xml:space="preserve">7. </w:t>
      </w:r>
      <w:r>
        <w:t>из пункта 5 исключить слова "на эксплуатации Чернобыльской АЭС и"</w:t>
      </w:r>
    </w:p>
    <w:p>
      <w:r>
        <w:rPr>
          <w:b/>
        </w:rPr>
        <w:t xml:space="preserve">7. </w:t>
      </w:r>
      <w:r>
        <w:t>в пунктах 7, 8 и 9 после слова "граждане," дополнить словом "постоянно"</w:t>
      </w:r>
    </w:p>
    <w:p>
      <w:r>
        <w:rPr>
          <w:b/>
        </w:rPr>
        <w:t xml:space="preserve">7. </w:t>
      </w:r>
      <w:r>
        <w:t>в пункте 11 слова "после чернобыльской катастрофы" заменить словами "в 1986 году и в последующие годы;"</w:t>
      </w:r>
    </w:p>
    <w:p>
      <w:r>
        <w:rPr>
          <w:b/>
        </w:rPr>
        <w:t xml:space="preserve">8. </w:t>
      </w:r>
      <w:r>
        <w:t>в части первой: в пункте 1 после слов "(в стационаре и амбулаторно)," дополнить словом "диспансеризация,"; после слов "санаторно-курортным лечением" дополнить словами "(при наличии медицинских показаний)"; после слов "бесплатный проезд" дополнить словами "по территории Российской Федерации"; в пункте 2 слово "фактического" заменить словом "среднего"; исключить слова "без ограничения двумя тарифными ставками (окладами)"; пункт 3 перед словом "обеспечение" дополнить словами "одноразовое бесплатное"; в пункте 4 слова "жилой площади" заменить словами "общей площади в домах государственного и муниципальных фондов, а также в приватизированных жилых помещениях"; после слова "радио" дополнить словами ", коллективными телевизионными антеннами (кроме спутниковых)"; пункт 8 после слов "бесплатный проезд" дополнить словами "по территории Российской Федерации"; в пункте 11 слово "фактического" заменить словом "среднего"; исключить слова ", без ограничения двумя тарифными ставками (окладами)"; в абзаце втором пункта 13 исключить слова "являются кадровыми работниками либо"; слова "предприятия, учреждения, организации и их" заменить словами "организации независимо от организационно-правовой формы и формы собственности и ее"; пункт 14 после слов "для индивидуального жилищного строительства" дополнить словами "(при условии признания их нуждающимися в улучшении жилищных условий)"; пункт 15 изложить в следующей редакции: "15) одноразовое получение беспроцентной ссуды на приобретение или строительство садовых домиков, благоустройство садовых участков, внеочередное обеспечение необходимыми строительными материалами;"; пункт 18 изложить в следующей редакции: "18) внеконкурсное поступление в государственные образовательные учреждения начального, среднего и высшего профессионального образования. Прием на подготовительные отделения при государственных образовательных учреждениях высшего профессионального образования производится независимо от наличия мест с обязательным предоставлением общежития в случае нуждаемости в нем. Стипендия указанным лицам устанавливается в повышенных на 50 процентов размерах;"; пункт 20 изложить в следующей редакции: "20) одноразовое получение беспроцентной ссуды на покупку (приобретение) жилья, кооперативное или индивидуальное жилищное строительство (при условии признания их нуждающимися в улучшении жилищных условий) с погашением 50 процентов ссуды за счет средств федерального бюджета;"; пункт 22 изложить в следующей редакции: "22) ежемесячная выплата им, а также проживающим с ними детям, не достигшим 14-летнего возраста, денежной компенсации на приобретение продовольственных товаров в размере трехкратного установленного законом минимального размера оплаты труда;"; пункт 23 после слов "местами в" дополнить словами "пансионатах ветеранов или"; в пункте 24 перед словом "получение" дополнить словом "одноразовое"; слова "в размере 500-кратной суммы установленного законом размера минимальной месячной оплаты труда" исключить; пункт 25 изложить в следующей редакции: "25)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выплатой денежных сумм в размере заработка (или соответствующей его части) в зависимости от степени утраты трудоспособности (с установлением инвалидности), определяемом в порядке, предусмотренном законодательством Российской Федерации для случаев возмещения вреда, связанного с исполнением работниками трудовых обязанностей. При этом, если период работ по ликвидации последствий катастрофы на Чернобыльской АЭС составил менее одного полного календарного месяца, размер возмещения вреда исчисляется исходя из условного месячного заработка без его ограничения. Во всех случаях заработок, из которого исчисляется сумма возмещения вреда, не может быть ниже семикратной суммы установленного законом минимального размера оплаты труда. Выплаты денежных сумм производят органы социальной защиты населения или иные государственные органы в порядке, определяемом Правительством Российской Федерации."</w:t>
      </w:r>
    </w:p>
    <w:p>
      <w:r>
        <w:rPr>
          <w:b/>
        </w:rPr>
        <w:t xml:space="preserve">8. </w:t>
      </w:r>
      <w:r>
        <w:t>в части второй статьи 14 слово "Льготы" заменить словами "Льготы и компенсации"; слово "семикратной" заменить словом "двадцатикратной"</w:t>
      </w:r>
    </w:p>
    <w:p>
      <w:r>
        <w:rPr>
          <w:b/>
        </w:rPr>
        <w:t xml:space="preserve">9. </w:t>
      </w:r>
      <w:r>
        <w:t>в части первой: исключить цифру "25"; в пункте 1 после слов "(в стационаре и амбулаторно)," дополнить словом "диспансеризация,"; пункт 2 изложить в следующей редакции: "2) первоочередное бесплатное ежегодное обеспечение путевкой в санаторно-курортное (при наличии медицинских показаний с выдачей листка нетрудоспособности) или другое оздоровительное учреждение, а в случае невозможности предоставления путевки - денежная компенсация в размере ее средней стоимости. Порядок обеспечения путевками на санаторно-курортное лечение, а в случае невозможности предоставления путевки - выплаты денежной компенсации определяется Правительством Российской Федерации;"; пункт 3 после слова "первоочередное" дополнить словами "разовое бесплатное"; пункт 4 после слова "транспортом" дополнить словами "по территории Российской Федерации;"; пункт 5 после слов "бесплатный проезд" дополнить словами "по территории Российской Федерации"; пункт 6 изложить в следующей редакции: "6) одноразовое получение беспроцентной ссуды на покупку (приобретение) жилья, кооперативное или индивидуальное жилищное строительство (при условии признания их нуждающимися в улучшении жилищных условий) с погашением 25 процентов ссуды за счет средств федерального бюджета;"; из пункта 8 исключить слова "без ограничения двумя тарифными ставками (окладами)"; пункт 9 после слов "драгоценных металлов" дополнить словами ", фарфора и металлокерамики"; пункт 10 изложить в следующей редакции: "10) ежемесячная выплата денежной компенсации на приобретение продовольственных товаров в размере двукратного установленного законом минимального размера оплаты труда;"; пункт 11 изложить в следующей редакции: "11) возмещение вреда, причиненного здоровью в связи с выполнением работ по ликвидации последствий катастрофы на Чернобыльской АЭС, выплатой денежных сумм в размере заработка (или соответствующей его части) в зависимости от степени утраты трудоспособности (без установления инвалидности), определяемом в порядке, предусмотренном законодательством Российской Федерации для случаев возмещения вреда, связанного с исполнением работниками трудовых обязанностей."</w:t>
      </w:r>
    </w:p>
    <w:p>
      <w:r>
        <w:rPr>
          <w:b/>
        </w:rPr>
        <w:t xml:space="preserve">9. </w:t>
      </w:r>
      <w:r>
        <w:t>в части второй слова "4, 23 и 25" заменить словами "4 и 23"</w:t>
      </w:r>
    </w:p>
    <w:p>
      <w:r>
        <w:rPr>
          <w:b/>
        </w:rPr>
        <w:t xml:space="preserve">9. </w:t>
      </w:r>
      <w:r>
        <w:t>в части третьей: исключить цифру ", 25"; в пункте 2 слова "лечения и отдыха" заменить словами "лечения или отдыха"; пункт 6 части третьей изложить в следующей редакции: "6) скидка в размере 50 процентов со стоимости изготовления и ремонта зубных протезов (за исключением протезов из драгоценных металлов, фарфора и металлокерамики)."</w:t>
      </w:r>
    </w:p>
    <w:p>
      <w:r>
        <w:rPr>
          <w:b/>
        </w:rPr>
        <w:t xml:space="preserve">9. </w:t>
      </w:r>
      <w:r>
        <w:t>последнее предложение части четвертой изложить в следующей редакции: "Эти документы дают право на компенсации и льготы, предусмотренные настоящим Законом, с момента их предъявления."</w:t>
      </w:r>
    </w:p>
    <w:p>
      <w:r>
        <w:rPr>
          <w:b/>
        </w:rPr>
        <w:t xml:space="preserve">10. </w:t>
      </w:r>
      <w:r>
        <w:t>наименование статьи изложить в следующей редакции: "Компенсации и льготы гражданам, занятым на работах в зоне отчуждения"</w:t>
      </w:r>
    </w:p>
    <w:p>
      <w:r>
        <w:rPr>
          <w:b/>
        </w:rPr>
        <w:t xml:space="preserve">10. </w:t>
      </w:r>
      <w:r>
        <w:t>часть вторую после слова "распространяются" дополнить словами "компенсации и"</w:t>
      </w:r>
    </w:p>
    <w:p>
      <w:r>
        <w:rPr>
          <w:b/>
        </w:rPr>
        <w:t xml:space="preserve">10. </w:t>
      </w:r>
      <w:r>
        <w:t>из части третьей исключить слова "на эксплуатации Чернобыльской АЭС и"</w:t>
      </w:r>
    </w:p>
    <w:p>
      <w:r>
        <w:rPr>
          <w:b/>
        </w:rPr>
        <w:t xml:space="preserve">11. </w:t>
      </w:r>
      <w:r>
        <w:t>в части первой: исключить цифру ", 25"; пункт 4 изложить в следующей редакции: "4) выплата полной компенсации материального ущерба в связи с утратой имущества, включающей в себя: стоимость строений (жилые дома, садовые домики, дачи, гаражи, хозяйственные постройки и другие), исходя из фактических затрат на строительство или приобретение строений, аналогичных утраченным; стоимость всех видов сельскохозяйственных животных, подлежащих вынужденному убою, а также утраченных садово-ягодных насаждений, посевов; стоимость домашнего имущества, степень радиоактивного загрязнения которого не позволяет перевезти его на новое место жительства, исходя из фактических затрат на вновь приобретаемое (приобретенное) имущество, аналогичное утраченному. При этом возможно получение гражданами в собственность другого равноценного имущества. Граждане, имеющие дачи, садовые домики и другие строения, а также плодово-ягодные насаждения в зонах отчуждения и отселения, и граждане, получившие в этих зонах имущество в порядке наследования либо по другим основаниям, предусмотренным законодательством Российской Федерации, получают полную компенсацию их стоимости в соответствии с настоящим пунктом независимо от места их постоянного проживания;"; пункт 5 изложить в следующей редакции: "5) единовременное пособие в связи с переездом на новое место жительства в пятикратном размере установленного законом минимального размера оплаты труда на каждого переселяющегося члена семьи;"; абзац первый пункта 7 после слов "по новому месту жительства" дополнить словами "при условии сдачи жилой площади по прежнему месту жительства"; абзац второй пункта 7 изложить в следующей редакции: "Бронирование в установленном порядке жилой площади по прежнему месту жительства допускается до предоставления жилой площади по новому месту жительства;"; в пункте 9 после слова "индивидуальных" дополнить словом "жилых"; пункт 10 изложить в следующей редакции: "10) одноразовое получение беспроцентной ссуды на хозяйственное обзаведение и на строительство индивидуального жилого дома с надворными постройками. Допускается погашение ссуды за счет средств организаций независимо от организационно-правовой формы и формы собственности, в которых работают члены семей переселенцев, либо за счет иных источников финансирования;"; пункт 16 исключить; пункт 17 считать пунктом 16</w:t>
      </w:r>
    </w:p>
    <w:p>
      <w:r>
        <w:rPr>
          <w:b/>
        </w:rPr>
        <w:t xml:space="preserve">11. </w:t>
      </w:r>
      <w:r>
        <w:t>часть вторую исключить</w:t>
      </w:r>
    </w:p>
    <w:p>
      <w:r>
        <w:rPr>
          <w:b/>
        </w:rPr>
        <w:t xml:space="preserve">11. </w:t>
      </w:r>
      <w:r>
        <w:t>часть третью считать частью второй</w:t>
      </w:r>
    </w:p>
    <w:p>
      <w:r>
        <w:rPr>
          <w:b/>
        </w:rPr>
        <w:t xml:space="preserve">11. </w:t>
      </w:r>
      <w:r>
        <w:t>дополнить статью новой частью третьей следующего содержания: "Выплата компенсации и оплата расходов, связанных с переездом, производится органами исполнительной власти субъектов Российской Федерации или органами местного самоуправления по прежнему месту жительства."</w:t>
      </w:r>
    </w:p>
    <w:p>
      <w:r>
        <w:rPr>
          <w:b/>
        </w:rPr>
        <w:t xml:space="preserve">12. </w:t>
      </w:r>
      <w:r>
        <w:t>наименование статьи после слова "гражданам," дополнить словом "постоянно"</w:t>
      </w:r>
    </w:p>
    <w:p>
      <w:r>
        <w:rPr>
          <w:b/>
        </w:rPr>
        <w:t xml:space="preserve">12. </w:t>
      </w:r>
      <w:r>
        <w:t>в части первой: пункт 1 изложить в следующей редакции: "1) ежемесячная денежная компенсация в зависимости от времени проживания (в процентах к установленному законом минимальному размеру оплаты труда): с 26 апреля 1986 года - в размере 40 процентов; с 1 января 1987 года - в размере 30 процентов; с 1 января 1991 года - в размере 20 процентов;"; пункт 2 изложить в следующей редакции: "2) ежегодный дополнительный оплачиваемый отпуск работающим в зоне без учета дополнительного отпуска, предоставляемого за работу с вредными условиями труда, с выплатой единовременной материальной помощи на оздоровление в размере доплаты, установленной пунктом 5 части первой настоящей статьи, в зависимости от времени проживания: с 26 апреля 1986 года - 14 календарных дней; с 1 января 1987 года - 10 календарных дней; с 1 января 1991 года - 7 календарных дней;"; пункт 5 изложить в следующей редакции: "5) 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зависимости от времени проживания (в процентах к установленному законом минимальному размеру оплаты труда): с 26 апреля 1986 года - в размере 200 процентов; с 1 января 1987 года - в размере 100 процентов; с 1 января 1991 года - в размере 50 процентов;"; пункт 6 изложить в следующей редакции: "6) ежемесячная выплата в повышенном размере пенсий и пособий неработающим пенсионерам и инвалидам, детям-инвалидам в зависимости от времени проживания (в процентах к минимальному размеру пенсий по возрасту и пособий): с 26 апреля 1986 года - в размере 150 процентов; с 1 января 1987 года - в размере 100 процентов; с 1 января 1991 года - в размере 50 процентов. Выплата в повышенном на 50 процентов размере стипендий аспирантам, учащимся государственных образовательных учреждений начального, среднего и высшего профессионального образования, расположенных на территории зоны. Выплата дополнительного пособия зарегистрированным в установленном порядке безработным в размере установленного законом минимального размера оплаты труда;"; пункт 9 после слов "обеспечение продуктами питания" изложить в следующей редакции: "или выплата ежемесячной денежной компенсации в размере стоимости этих продуктов питания (по нормам детских дошкольных учреждений), если ребенок с трехлетнего возраста не посещает такое учреждение по медицинским показаниям;"; пункт 10 изложить в следующей редакции: "10) бесплатное питание школьников, учащихся государственных образовательных учреждений начального и среднего профессионального образования в период учебного процесса исходя из размера, не превышающего двойного размера нормы, установленной законодательством Российской Федерации;"; пункт 15 изложить в следующей редакции: "15) одноразовое получение беспроцентной ссуды на индивидуальное или кооперативное жилищное строительство при условии признания их нуждающимися в улучшении жилищных условий;"; в пункте 16 слова "в высшие, средние специальные учебные заведения и профессионально-технические училища" заменить словами "в государственные образовательные учреждения начального, среднего и высшего профессионального образования"; в пункте 18 слово "фактического" заменить словом "среднего"; пункт 19 после слов "(в стационаре и амбулаторно)," дополнить словом "диспансеризация,"</w:t>
      </w:r>
    </w:p>
    <w:p>
      <w:r>
        <w:rPr>
          <w:b/>
        </w:rPr>
        <w:t xml:space="preserve">13. </w:t>
      </w:r>
      <w:r>
        <w:t>наименование статьи после слова "гражданам," дополнить словом "постоянно"</w:t>
      </w:r>
    </w:p>
    <w:p>
      <w:r>
        <w:rPr>
          <w:b/>
        </w:rPr>
        <w:t xml:space="preserve">13. </w:t>
      </w:r>
      <w:r>
        <w:t>в части первой: после слова "предусмотренные" изложить в следующей редакции: "пунктами 3, 4, 7, 10, 11, 13, 14, 19 части первой статьи 18 настоящего Закона. Кроме того, им гарантируются:"; пункт 1 изложить в следующей редакции: "1) ежемесячная денежная компенсация в размере 20 процентов установленного законом минимального размера оплаты труда при условии постоянного проживания до 1 января 1991 года;"; пункт 2 изложить в следующей редакции: "2) 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размере 80 процентов установленного законом минимального размера оплаты труда при условии постоянного проживания до 1 января 1991 года;"; пункт 3 изложить в следующей редакции: "3) ежемесячная выплата в повышенном на 40 процентов размере от установленного законом минимального размера пенсии по возрасту и пособий неработающим пенсионерам и инвалидам, детям-инвалидам при условии постоянного проживания до 1 января 1991 года. Выплата в повышенном на 20 процентов размере стипендии аспирантам, учащимся государственных образовательных учреждений начального, среднего и высшего профессионального образования, расположенных на территории зоны. Выплата дополнительного пособия зарегистрированным в установленном порядке безработным в размере 50 процентов установленного законом минимального размера оплаты труда при условии постоянного проживания до 1 января 1991 года;"; пункт 4 изложить в следующей редакции: "4) ежегодный дополнительный оплачиваемый отпуск работающим в зоне продолжительностью семь календарных дней без учета дополнительного отпуска за работу с вредными условиями труда при условии постоянного проживания до 1 января 1991 года;"</w:t>
      </w:r>
    </w:p>
    <w:p>
      <w:r>
        <w:rPr>
          <w:b/>
        </w:rPr>
        <w:t xml:space="preserve">14. </w:t>
      </w:r>
      <w:r>
        <w:t>наименование статьи после слова "гражданам," дополнить словом "постоянно"</w:t>
      </w:r>
    </w:p>
    <w:p>
      <w:r>
        <w:rPr>
          <w:b/>
        </w:rPr>
        <w:t xml:space="preserve">14. </w:t>
      </w:r>
      <w:r>
        <w:t>пункт 1 изложить в следующей редакции: "1) ежемесячная денежная компенсация в зависимости от времени проживания (в процентах к установленному законом минимальному размеру оплаты труда): с 26 апреля 1986 года - в размере 60 процентов; с 1 января 1987 года - в размере 50 процентов; с 1 января 1991 года - в размере 40 процентов;"</w:t>
      </w:r>
    </w:p>
    <w:p>
      <w:r>
        <w:rPr>
          <w:b/>
        </w:rPr>
        <w:t xml:space="preserve">14. </w:t>
      </w:r>
      <w:r>
        <w:t>пункт 2 изложить в следующей редакции: "2) ежегодный дополнительный оплачиваемый отпуск работающим в зоне без учета дополнительного отпуска, предоставляемого за работу с вредными условиями труда, с выплатой единовременной материальной помощи на оздоровление в размере доплаты, установленной пунктом 3 настоящей статьи, в зависимости от времени проживания: с 26 апреля 1986 года - 21 календарный день; с 1 января 1987 года - 14 календарных дней; с 1 января 1991 года - 7 календарных дней;"</w:t>
      </w:r>
    </w:p>
    <w:p>
      <w:r>
        <w:rPr>
          <w:b/>
        </w:rPr>
        <w:t xml:space="preserve">14. </w:t>
      </w:r>
      <w:r>
        <w:t>пункт 3 изложить в следующей редакции: "3) 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зависимости от времени проживания (в процентах к установленному законом минимальному размеру оплаты труда): с 26 апреля 1986 года - в размере 400 процентов; с 1 января 1987 года - в размере 300 процентов; с 1 января 1991 года - в размере 200 процентов;"</w:t>
      </w:r>
    </w:p>
    <w:p>
      <w:r>
        <w:rPr>
          <w:b/>
        </w:rPr>
        <w:t xml:space="preserve">14. </w:t>
      </w:r>
      <w:r>
        <w:t>пункт 4 изложить в следующей редакции: "4) ежемесячная выплата в повышенном размере пенсий и пособий неработающим пенсионерам и инвалидам, детям-инвалидам в зависимости от времени проживания (в процентах к минимальному размеру пенсий по возрасту и пособий): с 26 апреля 1986 года - в размере 300 процентов; с 1 января 1987 года - в размере 200 процентов; с 1 января 1991 года - в размере 100 процентов. Выплата в повышенном на 100 процентов размере стипендий аспирантам, учащимся государственных образовательных учреждений начального, среднего и высшего профессионального образования, расположенных на территории зоны. Выплата дополнительного пособия зарегистрированным в установленном порядке безработным в двукратном размере установленного законом минимального размера оплаты труда. При целевом направлении на учебу (при условии заключения договора с органами исполнительной власти на территории зоны) стипендия в указанных образовательных учреждениях, расположенных за пределами зоны отселения, выплачивается в повышенном на 50 процентов размере;"</w:t>
      </w:r>
    </w:p>
    <w:p>
      <w:r>
        <w:rPr>
          <w:b/>
        </w:rPr>
        <w:t xml:space="preserve">16. </w:t>
      </w:r>
      <w:r>
        <w:t>в части первой цифры "1 - 17" заменить цифрами "1 - 15"</w:t>
      </w:r>
    </w:p>
    <w:p>
      <w:r>
        <w:rPr>
          <w:b/>
        </w:rPr>
        <w:t xml:space="preserve">16. </w:t>
      </w:r>
      <w:r>
        <w:t>в части второй: цифры "1 - 17" заменить цифрами " 1 - 16"; исключить слова "в полном объеме"; в последнем предложении цифры "1 - 17" заменить цифрами "1 - 16"</w:t>
      </w:r>
    </w:p>
    <w:p>
      <w:r>
        <w:rPr>
          <w:b/>
        </w:rPr>
        <w:t xml:space="preserve">16. </w:t>
      </w:r>
      <w:r>
        <w:t>дополнить статью частью третьей следующего содержания: "Гражданам, переселившимся в добровольном порядке (без заключения контрактов, договоров с соответствующей администрацией) после 1 января 1994 года в зоны радиоактивного загрязнения, указанные в статье 7 настоящего Закона, компенсации и льготы, предусмотренные статьей 17 настоящего Закона, не предоставляются."</w:t>
      </w:r>
    </w:p>
    <w:p>
      <w:r>
        <w:rPr>
          <w:b/>
        </w:rPr>
        <w:t xml:space="preserve">16. </w:t>
      </w:r>
      <w:r>
        <w:t>дополнить статью частью четвертой следующего содержания: "Граждане, поступившие на учебу в государственные образовательные учреждения начального, среднего и высшего профессионального образования, расположенные на территориях зоны проживания с правом на отселение, зоны проживания с льготным социально-экономическим статусом, зоны отселения, пользуются льготами, предусмотренными соответственно пунктами 1 и 6 статьи 18, 1 и 3 статьи 19, 1 и 4 статьи 20 настоящего Закона. После окончания учебы и выезда за пределы указанных территорий они утрачивают право на компенсации и льготы."</w:t>
      </w:r>
    </w:p>
    <w:p>
      <w:r>
        <w:rPr>
          <w:b/>
        </w:rPr>
        <w:t xml:space="preserve">18. </w:t>
      </w:r>
      <w:r>
        <w:t>часть восьмую после слова "заболеванием," дополнить словом "смертью,"</w:t>
      </w:r>
    </w:p>
    <w:p>
      <w:r>
        <w:rPr>
          <w:b/>
        </w:rPr>
        <w:t xml:space="preserve">18. </w:t>
      </w:r>
      <w:r>
        <w:t>в части десятой слова "иных органах" заменить словами "иных органах в том случае, если заболевание включено в перечень заболеваний, возникновение или обострение которых может быть поставлено в связь с выполнением работ по ликвидации последствий аварии на Чернобыльской АЭС". 3) часть одиннадцатую изложить в следующей редакции: "Гражданам, указанным в пунктах 6, 7, 9, 11 и 12 (кроме граждан, проходивших военную службу в зоне проживания с льготным социально-экономическим статусом) части первой статьи 13, органами исполнительной власти субъектов Российской Федерации выдаются специальные удостоверения единого образца, в которых указываются сроки пребывания указанных лиц в зонах радиоактивного загрязнения. В случае выезда граждан с территории зоны проживания с льготным социально-экономическим статусом на новое место жительства им выдаются справки установленного образца."</w:t>
      </w:r>
    </w:p>
    <w:p>
      <w:r>
        <w:rPr>
          <w:b/>
        </w:rPr>
        <w:t xml:space="preserve">19. </w:t>
      </w:r>
      <w:r>
        <w:t>в пункте 2 слово "фактического" заменить словом "среднего"</w:t>
      </w:r>
    </w:p>
    <w:p>
      <w:r>
        <w:rPr>
          <w:b/>
        </w:rPr>
        <w:t xml:space="preserve">19. </w:t>
      </w:r>
      <w:r>
        <w:t>пункт 3 изложить в следующей редакции: "3) получение ежемесячной компенсации, равной средней стоимости питания в школах и детских дошкольных учреждениях, если дети их не посещают, в размерах, устанавливаемых законодательными (представительными) органами субъектов Российской Федерации или органами местного самоуправления. Указанная компенсация выплачивается в том случае, если не производились выплаты, предусмотренные другими статьями настоящего Закона."</w:t>
      </w:r>
    </w:p>
    <w:p>
      <w:r>
        <w:rPr>
          <w:b/>
        </w:rPr>
        <w:t xml:space="preserve">23. </w:t>
      </w:r>
      <w:r>
        <w:t>в части первой: пункт 1 изложить в следующей редакции: "1) назначение пенсии по инвалидности и пенсии по случаю потери кормильца вследствие чернобыльской катастрофы, в том числе установленных до вступления настоящего Закона в силу, в соответствии с Законом РСФСР "О государственных пенсиях в РСФСР" как пенсии вследствие трудового увечья или профессионального заболевания;"; пункт 2 изложить в следующей редакции: "2)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органов государственной безопасности, органов гражданской обороны, военнообязанным, призванным на специальные учебные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и их семьям по случаю потери кормильца вследствие чернобыльской катастрофы в порядке, установленном законодательством Российской Федерации для инвалидов вследствие военной травмы. Им предоставляется право на получение двух пенсий - пенсии по старости (или пенсии за выслугу лет) и пенсии по инвалидности вследствие чернобыльской катастрофы на равных основаниях с гражданами, ставшими инвалидами вследствие военной травмы или заболевания, связанного с пребыванием на фронте, если не оговорено иное. Лицам, ставшим инвалидами вследствие чернобыльской катастрофы, получающим пенсию за выслугу лет в соответствии с Законом Российской Федерации "О пенсионном обеспечении лиц, проходивших военную службу, службу в органах внутренних дел, и их семей", размер пенсии увеличивается на сумму минимального размера пенсии по инвалидности, предусмотренного пунктом "а" статьи 23 указанного Закона. При получении двух пенсий, предусмотренных абзацем первым настоящего пункта, и пенсии, предусмотренной абзацем вторым настоящего пункта, выплата сумм возмещения вреда, предусмотренного пунктом 25 статьи 14 настоящего Закона, не производится. В иных случаях исполнения обязанностей военной службы (служебных обязанностей), не связанных с работами по ликвидации последствий катастрофы на Чернобыльской АЭС, военнослужащим и их семьям пенсия по случаю потери кормильца назначается в порядке и по нормам, установленным законодательством Российской Федерации. Им пенсия по инвалидности вследствие чернобыльской катастрофы назначается как пенсия по инвалидности вследствие заболевания, полученного в период прохождения военной службы, и независимо от общего трудового стажа, в том числе военной службы;"</w:t>
      </w:r>
    </w:p>
    <w:p>
      <w:r>
        <w:rPr>
          <w:b/>
        </w:rPr>
        <w:t xml:space="preserve">23. </w:t>
      </w:r>
      <w:r>
        <w:t>часть четвертую исключить</w:t>
      </w:r>
    </w:p>
    <w:p>
      <w:r>
        <w:rPr>
          <w:b/>
        </w:rPr>
        <w:t xml:space="preserve">27. </w:t>
      </w:r>
      <w:r>
        <w:t>абзац третий части первой после слов "инвалидам III группы и лицам" дополнить словами "(в том числе детям и подросткам)"</w:t>
      </w:r>
    </w:p>
    <w:p>
      <w:r>
        <w:rPr>
          <w:b/>
        </w:rPr>
        <w:t xml:space="preserve">27. </w:t>
      </w:r>
      <w:r>
        <w:t>часть третью дополнить предложением: "Размер указанной компенсации определяется в виде разницы числа минимальных оплат, применяемых для компенсации по новой и прежней группе инвалидности."</w:t>
      </w:r>
    </w:p>
    <w:p>
      <w:r>
        <w:rPr>
          <w:b/>
        </w:rPr>
        <w:t xml:space="preserve">32. </w:t>
      </w:r>
      <w:r>
        <w:t>после слов "Российской Федерации" дополнить словами "для постоянного проживания"</w:t>
      </w:r>
    </w:p>
    <w:p>
      <w:r>
        <w:rPr>
          <w:b/>
        </w:rPr>
        <w:t xml:space="preserve">32. </w:t>
      </w:r>
      <w:r>
        <w:t>слова "ее гражданами" заменить словами "ее гражданами в соответствии с международными договорами Российской Федерации."</w:t>
      </w:r>
    </w:p>
    <w:p>
      <w:r>
        <w:rPr>
          <w:b/>
        </w:rPr>
        <w:t>Статья 2. Президенту и Правительству Российской Федерации в трехмесячный срок привести свои правовые акты в соответствие с настоящим Федеральным законом.</w:t>
      </w:r>
    </w:p>
    <w:p>
      <w:r>
        <w:t>Президенту и Правительству Российской Федерации в трехмесячный срок привести свои правовые акты в соответствие с настоящим Федеральным законом.</w:t>
      </w:r>
    </w:p>
    <w:p>
      <w:r>
        <w:rPr>
          <w:b/>
        </w:rPr>
        <w:t>Статья 3. Ввести в действие настоящий Федеральный закон со дня его официального опубликования, за исключением норм, касающихся пенсионного обеспечения и возмещения вреда, которые вводятся по истечении трех месяцев со дня официального опубликования настоящего Федерального закона.</w:t>
      </w:r>
    </w:p>
    <w:p>
      <w:r>
        <w:t>Ввести в действие настоящий Федеральный закон со дня его официального опубликования, за исключением норм, касающихся пенсионного обеспечения и возмещения вреда, которые вводятся по истечении трех месяцев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