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социальной защите инвалидов в Российской Федерации</w:t>
      </w:r>
    </w:p>
    <w:p>
      <w:pPr>
        <w:pStyle w:val="Heading3"/>
      </w:pPr>
      <w:r>
        <w:t>Общие положения</w:t>
      </w:r>
    </w:p>
    <w:p>
      <w:r>
        <w:rPr>
          <w:b/>
        </w:rPr>
        <w:t>Статья 1. Понятия инвалида, ребенка-инвалида</w:t>
      </w:r>
    </w:p>
    <w:p>
      <w:r>
        <w:t>(Наименование в редакции Федерального закона от 25.12.2023 № 651-ФЗ) 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Ребенок-инвалид - инвалид в возрасте до 18 лет. (В редакции Федерального закона от 25.12.2023 № 651-ФЗ) 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 Лицу, признанному инвалидом</w:t>
      </w:r>
    </w:p>
    <w:p>
      <w:r>
        <w:t>в зависимости от степени расстройств функций организма устанавливается группа инвалидности, а указанному лицу в возрасте до 18 лет - категория "ребенок-инвалид" (далее также - инвалид)</w:t>
      </w:r>
    </w:p>
    <w:p>
      <w:r>
        <w:t>в зависимости от структуры и степени расстройств функций организма и ограничений жизнедеятельности инвалида в целях применения наиболее эффективных подходов к восстановлению или компенсации нарушенных функций организма и устранению или компенсации ограничений жизнедеятельности инвалида для реализации мероприятий и оказания услуг по основным направлениям комплексной реабилитации и абилитации инвалидов определяется целевая реабилитационная группа (несколько целевых реабилитационных групп при сочетании различных нарушенных функций организма и ограничений жизнедеятельности). (Часть в редакции Федерального закона от 25.12.2023 № 651-ФЗ) Признание лица инвалидом осуществляется федеральным учреждением медико-социальной экспертизы. Порядок и условия признания лица инвалидом устанавливаются Правительством Российской Федерации. (В редакции Федерального закона от 22.08.2004 № 122-ФЗ)</w:t>
      </w:r>
    </w:p>
    <w:p>
      <w:r>
        <w:rPr>
          <w:b/>
        </w:rPr>
        <w:t>Статья 2. Понятие социальной защиты инвалидов</w:t>
      </w:r>
    </w:p>
    <w:p>
      <w:r>
        <w:t>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 (В редакции Федерального закона от 22.08.2004 № 122-ФЗ) Социальная поддержка инвалидов - система мер, обеспечивающая социальные гарантии инвалидам, устанавливаемая законами и иными нормативными правовыми актами, за исключением пенсионного обеспечения. (Дополнение частью - Федеральный закон от 22.08.2004 № 122-ФЗ) В рамках обеспечения социальной защиты инвалидов в целях профилактики инвалидности детям от рождения до трех лет, имеющим ограничения жизнедеятельности либо риск развития ограничений жизнедеятельности, и их семьям предоставляется ранняя помощь в соответствии со статьей 93 настоящего Федерального закона. (Дополнение частью - Федеральный закон от 25.12.2023 № 651-ФЗ)</w:t>
      </w:r>
    </w:p>
    <w:p>
      <w:r>
        <w:rPr>
          <w:b/>
        </w:rPr>
        <w:t>Статья 3. Законодательство Российской Федерации о социальной защите инвалидов</w:t>
      </w:r>
    </w:p>
    <w:p>
      <w:r>
        <w:t>Законодательство Российской Федерации о социальной защите инвалидов состоит из соответствующих положений Конституции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международного договора (соглашения).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31. Недопустимость дискриминации по признаку инвалидности</w:t>
      </w:r>
    </w:p>
    <w:p>
      <w:r>
        <w:t>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 (Дополнение статьей - Федеральный закон от 01.12.2014 № 419-ФЗ)</w:t>
      </w:r>
    </w:p>
    <w:p>
      <w:r>
        <w:t>(Наименование в редакции Федерального закона от 22.08.2004 № 122-ФЗ) Часть. (Утратила силу - Федеральный закон от 22.08.2004 № 122-ФЗ) Часть. (Утратила силу - Федеральный закон от 22.08.2004 № 122-ФЗ) 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либо по другому правовому акту (независимо от основания установления льготы). (В редакции Федерального закона от 22.08.2004 № 122-ФЗ)</w:t>
      </w:r>
    </w:p>
    <w:p>
      <w:r>
        <w:rPr>
          <w:b/>
        </w:rPr>
        <w:t>Статья 4. Полномочия федеральных органов государственной власти в области социальной защиты инвалидов</w:t>
      </w:r>
    </w:p>
    <w:p>
      <w:r>
        <w:t>(Наименование в редакции Федерального закона от 25.12.2023 № 651-ФЗ) К полномочиям федеральных органов государственной власти в области социальной защиты инвалидов относятся: (В редакции Федерального закона от 25.12.2023 № 651-ФЗ) 1) определение государственной политики в отношении инвалидов;</w:t>
      </w:r>
    </w:p>
    <w:p>
      <w:r>
        <w:t>принятие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государственный контроль (надзор) за исполнением требований законодательства Российской Федерации о социальной защите инвалидов; (В редакции федеральных законов от 07.06.2017 № 116-ФЗ, от 25.12.2023 № 651-ФЗ) 3) заключение международных договоров (соглашений) Российской Федерации по вопросам социальной защиты инвалидов</w:t>
      </w:r>
    </w:p>
    <w:p>
      <w:r>
        <w:t>установление общих подходов к организации комплексной реабилитации и абилитации инвалидов, ранней помощи детям и их семьям, сопровождаемого проживания инвалидов; (Дополнение пунктом - Федеральный закон от 25.12.2023 № 651-ФЗ) 4) установление общих принципов организации и осуществления медико-социальной экспертизы и реабилитации, абилитации инвалидов; (В редакции Федерального закона от 01.12.2014 № 419-ФЗ) 5) определение критериев, установление условий для признания лица инвалидом</w:t>
      </w:r>
    </w:p>
    <w:p>
      <w:r>
        <w:t>определение показаний для реализации мероприятий и оказания услуг по отдельным основным направлениям комплексной реабилитации и абилитации инвалидов в целях разработки и реализации индивидуальной программы реабилитации и абилитации инвалида и критериев оценки ее эффективности; (Дополнение пунктом - Федеральный закон от 25.12.2023 № 651-ФЗ) 52) определение перечня целевых реабилитационных групп и критериев отнесения к ним инвалида; (Дополнение пунктом - Федеральный закон от 25.12.2023 № 651-ФЗ) 6) установление в соответствии с законодательством Российской Федерации о техническом регулировании обязательных требований к техническим средствам реабилитации, средствам связи и информатики, обеспечивающим доступность для инвалидов среды жизнедеятельности; (В редакции Федерального закона от 19.07.2011 № 248-ФЗ) 7) (Пункт утратил силу - Федеральный закон от 18.07.2019 № 184-ФЗ) 8) (Пункт утратил силу - Федеральный закон от 18.07.2019 № 184-ФЗ) 9) разработка и реализация государственных программ Российской Федерации в области социальной защиты инвалидов, контроль за их исполнением; (В редакции Федерального закона от 25.12.2023 № 651-ФЗ) 10) утверждение и финансирование федерального перечня реабилитационных мероприятий, технических средств реабилитации и услуг, предоставляемых инвалиду; (В редакции Федерального закона от 22.08.2004 № 122-ФЗ) 101) утверждение методических рекомендаций по вопросам комплексной реабилитации и абилитации инвалидов, ранней помощи детям и их семьям, сопровождаемого проживания инвалидов, унифицированных форм документации при оказании услуг по отдельным основным направлениям комплексной реабилитации и абилитации инвалидов и правил статистического учета, типовых положений об отдельных видах организаций, оказывающих услуги по основным направлениям комплексной реабилитации и абилитации инвалидов; (Дополнение пунктом - Федеральный закон от 25.12.2023 № 651-ФЗ) 102) утверждение типовых дополнительных профессиональных программ в области медико-социальной экспертизы, комплексной реабилитации и абилитации инвалидов, ранней помощи детям и их семьям, сопровождаемого проживания инвалидов, за исключением медицинской реабилитации и санаторно-курортного лечения; (Дополнение пунктом - Федеральный закон от 25.12.2023 № 651-ФЗ) 103) разработка и утверждение стандартов оказания услуг по отдельным основным направлениям комплексной реабилитации и абилитации инвалидов; (Дополнение пунктом - Федеральный закон от 25.12.2023 № 651-ФЗ) 11) создание федеральных учреждений медико-социальной экспертизы, осуществление контроля за их деятельностью; (В редакции Федерального закона от 22.08.2004 № 122-ФЗ) 12) (Пункт утратил силу - Федеральный закон от 22.08.2004 № 122-ФЗ) 121) создание условий для проведения независимой оценки качества условий оказания услуг федеральными учреждениями медико-социальной экспертизы; (Дополнение пунктом - Федеральный закон от 05.12.2017 № 392-ФЗ) 13) координация научных исследований, финансирование научно-исследовательских и опытно-конструкторских работ по проблемам инвалидности и инвалидов</w:t>
      </w:r>
    </w:p>
    <w:p>
      <w:r>
        <w:t>разработка методических документов по вопросам социальной защиты инвалидов</w:t>
      </w:r>
    </w:p>
    <w:p>
      <w:r>
        <w:t>(Пункт утратил силу - Федеральный закон от 22.08.2004 № 122-ФЗ) 16) содействие в работе общероссийских общественных объединений инвалидов и оказание им помощи; (В редакции Федерального закона от 10.07.2012 № 110-ФЗ) 17) (Пункт утратил силу - Федеральный закон от 22.08.2004 № 122-ФЗ) 18) (Пункт утратил силу - Федеральный закон от 22.08.2004 № 122-ФЗ) 19) формирование показателей федерального бюджета по расходам на социальную защиту инвалидов</w:t>
      </w:r>
    </w:p>
    <w:p>
      <w:r>
        <w:t>установление единой системы учета инвалидов в Российской Федерации, в том числе детей-инвалидов, и организация на основе этой системы статистического наблюдения за социально-экономическим положением инвалидов и их демографическим составом; (Дополнение пунктом - Федеральный закон от 17.07.1999 № 172-ФЗ) 21) определение основных требований к оснащению (оборудованию) специальных рабочих мест для трудоустройства инвалидов с учетом нарушенных функций и ограничений их жизнедеятельности; (Дополнение пунктом - Федеральный закон от 02.07.2013 № 168-ФЗ) 22) подготовка докладов о мерах, принимаемых для выполнения обязательств Российской Федерации по Конвенции о правах инвалидов, в порядке, устанавливаемом Правительством Российской Федерации; (Дополнение пунктом - Федеральный закон от 01.12.2014 № 419-ФЗ) 23) иные установленные в соответствии с настоящим Федеральным законом полномочия. (Дополнение пунктом - Федеральный закон от 01.12.2014 № 419-ФЗ)</w:t>
      </w:r>
    </w:p>
    <w:p>
      <w:r>
        <w:rPr>
          <w:b/>
        </w:rPr>
        <w:t>Статья 5. Участие органов государственной власти субъектов Российской Федерации в обеспечении социальной защиты и социальной поддержки инвалидов</w:t>
      </w:r>
    </w:p>
    <w:p>
      <w:r>
        <w:t>Органы государственной власти субъектов Российской Федерации в области социальной защиты и социальной поддержки инвалидов имеют право</w:t>
      </w:r>
    </w:p>
    <w:p>
      <w:r>
        <w:t>участия в реализации государственной политики в отношении инвалидов на территориях субъектов Российской Федерации</w:t>
      </w:r>
    </w:p>
    <w:p>
      <w:r>
        <w:t>принятия в соответствии с федеральными законами законов и иных нормативных правовых актов субъектов Российской Федерации</w:t>
      </w:r>
    </w:p>
    <w:p>
      <w:r>
        <w:t>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r>
        <w:t>разработки,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r>
        <w:t>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r>
        <w:t>предоставления дополнительных мер социальной поддержки инвалидам за счет средств бюджетов субъектов Российской Федерации</w:t>
      </w:r>
    </w:p>
    <w:p>
      <w:r>
        <w:t>содействия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 (В редакции Федерального закона от 01.12.2014 № 419-ФЗ) 8) осуществления деятельности по подготовке кадров в области социальной защиты инвалидов</w:t>
      </w:r>
    </w:p>
    <w:p>
      <w:r>
        <w:t>финансирования научных исследований, научно-исследовательских и опытно-конструкторских работ в области социальной защиты инвалидов</w:t>
      </w:r>
    </w:p>
    <w:p>
      <w:r>
        <w:t>содействия общественным объединениям инвалидов</w:t>
      </w:r>
    </w:p>
    <w:p>
      <w:r>
        <w:t>содействия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 (Дополнение пунктом - Федеральный закон от 01.06.2017 № 104-ФЗ) 11) 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(Дополнение пунктом - Федеральный закон от 01.07.2011 № 169-ФЗ) 12) регулировать совместно с высшим исполнительным органом субъекта Российской Федерации отношения, возникающие в связи с координацией работы органов государственной власти субъектов Российской Федерации, организаций, реализующих мероприятия и оказывающих услуги по основным направлениям комплексной реабилитации и абилитации инвалидов, сопровождаемому проживанию инвалидов в субъектах Российской Федерации в пределах полномочий, установленных настоящим Федеральным законом. (Дополнение пунктом - Федеральный закон от 25.12.2023 № 651-ФЗ) (Статья в редакции Федерального закона от 31.12.2005 № 199-ФЗ)</w:t>
      </w:r>
    </w:p>
    <w:p>
      <w:r>
        <w:rPr>
          <w:b/>
        </w:rPr>
        <w:t>Статья 51. Информационное обеспечение в области социальной защиты инвалидов</w:t>
      </w:r>
    </w:p>
    <w:p>
      <w:r>
        <w:t>Регистрация решений о признании гражданина инвалидом, в том числе об отнесении к категории "ребенок-инвалид", осуществляется в государственной информационной системе "Единая централизованная цифровая платформа в социальной сфере". Учет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назначенных и проводимых реабилитационных или абилитационных мероприятиях, производимых инвалиду денежных выплатах и об иных мерах социальной защиты (поддержки), осуществляется в государственной информационной системе "Единая централизованная цифровая платформа в социальной сфере". Использование содержащихся в государственной информационной системе "Единая централизованная цифровая платформа в социальной сфере" сведений о лице, признанном инвалидом, необходимых для предоставления государственных и муниципальных услуг, а также в иных случаях, установленных законодательством Российской Федерации, осуществляется в порядке, установленном положением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статьей 612 Федерального закона от 17 июля 1999 года № 178-ФЗ "О государственной социальной помощи". (Дополнение статьей - Федеральный закон от 01.12.2014 № 419-ФЗ) (В редакции Федерального закона от 10.07.2023 № 293-ФЗ)</w:t>
      </w:r>
    </w:p>
    <w:p>
      <w:r>
        <w:rPr>
          <w:b/>
        </w:rPr>
        <w:t>Статья 6. Ответственность за причинение вреда здоровью, приведшего к инвалидности</w:t>
      </w:r>
    </w:p>
    <w:p>
      <w:r>
        <w:t>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w:t>
      </w:r>
    </w:p>
    <w:p>
      <w:pPr>
        <w:pStyle w:val="Heading3"/>
      </w:pPr>
      <w:r>
        <w:t>Медико-социальная экспертиза</w:t>
      </w:r>
    </w:p>
    <w:p>
      <w:r>
        <w:rPr>
          <w:b/>
        </w:rPr>
        <w:t>Статья 7. Понятие медико-социальной экспертизы</w:t>
      </w:r>
    </w:p>
    <w:p>
      <w:r>
        <w:t>Медико-социальная экспертиза - признание лица инвалидом и определение в установленном порядке потребностей освидетельствуемого лица в мерах социальной защиты, включая реабилитацию и абилитацию, на основе оценки ограничений жизнедеятельности, вызванных стойким расстройством функций организма. (В редакции федеральных законов от 01.12.2014 № 419-ФЗ, от 25.12.2023 № 651-ФЗ) Медико-социальная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освидетельствуемого лица с использованием классификаций и критериев в целях признания лица инвалидом, а также определения целевой реабилитационной группы (целевых реабилитационных групп). Указанные классификации и критерии разрабатываются и утверждаются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редакции федеральных законов от 23.07.2008 № 160-ФЗ, от 01.12.2014 № 419-ФЗ, от 25.12.2023 № 651-ФЗ)</w:t>
      </w:r>
    </w:p>
    <w:p>
      <w:r>
        <w:rPr>
          <w:b/>
        </w:rPr>
        <w:t>Статья 8. Федеральные учреждения медико-социальной экспертизы</w:t>
      </w:r>
    </w:p>
    <w:p>
      <w:r>
        <w:t>(Наименование в редакции Федерального закона от 22.08.2004 № 122-ФЗ) Медико-социальная экспертиза осуществляется федеральными учреждениями медико-социальной экспертизы, подведомственными федеральному органу исполнительной власти, определяемому Правительством Российской Федерации. Порядок организации и деятельности федеральных учреждений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редакции Федерального закона от 18.07.2019 № 184-ФЗ) Часть. (Утратила силу - Федеральный закон от 22.08.2004 № 122-ФЗ) На федеральные учреждения медико-социальной экспертизы возлагаются: (В редакции федеральных законов от 23.10.2003 № 132-ФЗ; от 22.08.2004 № 122-ФЗ) 1) установление инвалидности, ее причин, сроков, времени наступления инвалидности, определение целевой реабилитационной группы (целевых реабилитационных групп) инвалида, потребности инвалида в различных видах социальной защиты; (В редакции федеральных законов от 22.08.2004 № 122-ФЗ, от 25.12.2023 № 651-ФЗ) 2) разработка индивидуальных программ реабилитации, абилитации инвалидов; (В редакции Федерального закона от 01.12.2014 № 419-ФЗ) 3) изучение уровня и причин инвалидности населения;</w:t>
      </w:r>
    </w:p>
    <w:p>
      <w:r>
        <w:t>участие в разработке комплексных программ реабилитации, абилитации инвалидов, профилактики инвалидности и социальной защиты инвалидов; (В редакции федеральных законов от 23.10.2003 № 132-ФЗ; от 01.12.2014 № 419-ФЗ) 5) определение степени утраты профессиональной трудоспособности; (В редакции Федерального закона от 22.08.2004 № 122-ФЗ) 6) определение причины смерти инвалида в случаях, когда законодательством Российской Федерации предусматривается предоставление мер социальной поддержки семье умершего; (В редакции Федерального закона от 22.08.2004 № 122-ФЗ) 7) выдача заключения о нуждаемости по состоянию здоровья в постоянном постороннем уходе (помощи, надзоре) в случаях, предусмотренных подпунктом "б" пункта 1 статьи 24 Федерального закона от 28 марта 1998 года № 53-ФЗ "О воинской обязанности и военной службе", подпунктом 3 пункта 1 статьи 18 Федерального закона от 26 февраля 1997 года № 31-ФЗ "О мобилизационной подготовке и мобилизации в Российской Федерации", пунктом 2 части 8 статьи 601 Федерального закона от 27 июля 2004 года № 79-ФЗ "О государственной гражданской службе Российской Федерации" и другими федеральными законами; (Дополнение пунктом - Федеральный закон от 01.12.2014 № 419-ФЗ) (В редакции Федерального закона от 29.11.2021 № 385-ФЗ) 8) обеспечение условий для проведения независимой оценки качества условий оказания услуг федеральными учреждениями медико-социальной экспертизы. (Дополнение пунктом - Федеральный закон от 05.12.2017 № 392-ФЗ) Решение учреждения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 (В редакции Федерального закона от 22.08.2004 № 122-ФЗ) Федеральное учреждение медико-социальной экспертизы формирует общедоступные информационные ресурсы, содержащие информацию о его деятельности, и обеспечивает доступ к данной информации посредством ее размещения на информационном стенде в помещении федерального учреждения медико-социальной экспертизы, в информационно-телекоммуникационной сети "Интернет" (далее - сеть "Интернет"), в том числе на официальном сайте такого учреждения. (Дополнение частью - Федеральный закон от 05.12.2017 № 392-ФЗ) Федеральное учреждение медико-социальной экспертизы обеспечивает открытость и доступность следующей информации:</w:t>
      </w:r>
    </w:p>
    <w:p>
      <w:r>
        <w:t>дата создания федерального учреждения медико-социальной экспертизы, наименование его учредителя, место нахождения федерального учреждения медико-социальной экспертизы и его филиалов (при наличии), график работы, контактные телефоны, адреса электронной почты, информация о руководителе, его заместителях, руководителях филиалов (при их наличии), персональном составе работников (с указанием с их согласия уровня образования, квалификации и опыта работы)</w:t>
      </w:r>
    </w:p>
    <w:p>
      <w:r>
        <w:t>структура федерального учреждения медико-социальной экспертизы</w:t>
      </w:r>
    </w:p>
    <w:p>
      <w:r>
        <w:t>порядок оказания услуг федеральным учреждением медико-социальной экспертизы</w:t>
      </w:r>
    </w:p>
    <w:p>
      <w:r>
        <w:t>материально-техническое оснащение федерального учреждения медико-социальной экспертизы (наличие оборудованных помещений для предоставления услуги, в том числе помещений, оснащенных специальным диагностическим оборудованием для оценки степени выраженности нарушенных функций, доступ к информации о деятельности федерального учреждения медико-социальной экспертизы, размещенной на информационном стенде в помещении данного учреждения, в сети "Интернет")</w:t>
      </w:r>
    </w:p>
    <w:p>
      <w:r>
        <w:t>информация, размещение и опубликование которой являются обязательными в соответствии с законодательством Российской Федерации</w:t>
      </w:r>
    </w:p>
    <w:p>
      <w:r>
        <w:t>копия устава федерального учреждения медико-социальной экспертизы</w:t>
      </w:r>
    </w:p>
    <w:p>
      <w:r>
        <w:t>копия лицензии на осуществление деятельности, подлежащей лицензированию в соответствии с законодательством Российской Федерации</w:t>
      </w:r>
    </w:p>
    <w:p>
      <w:r>
        <w:t>информация о проведении независимой оценки качества условий оказания услуг федеральным учреждением медико-социальной экспертизы</w:t>
      </w:r>
    </w:p>
    <w:p>
      <w:r>
        <w:t>иная информация,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необходимая для проведения независимой оценки качества условий оказания услуг федеральными учреждениями медико-социальной экспертизы. (Дополнение частью - Федеральный закон от 05.12.2017 № 392-ФЗ) Информация, указанная в части шестой настоящей статьи, размещается на официальных сайтах федеральных учреждений медико-социальной экспертизы в сети "Интернет" в соответствии с требованиями к ее содержанию и форме предоставления,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частью - Федеральный закон от 05.12.2017 № 392-ФЗ)</w:t>
      </w:r>
    </w:p>
    <w:p>
      <w:r>
        <w:rPr>
          <w:b/>
        </w:rPr>
        <w:t>Статья 81. Независимая оценка качества условий оказания услуг федеральными учреждениями медико-социальной экспертизы</w:t>
      </w:r>
    </w:p>
    <w:p>
      <w:r>
        <w:t>Независимая оценка качества условий оказания услуг федеральными учреждениями медико-социальной экспертизы является одной из форм общественного контроля и проводится в целях предоставления получателям услуг информации о качестве условий оказания услуг федеральными учреждениями медико-социальной экспертизы, а также в целях повышения качества их деятельности. Независимая оценка качества условий оказания услуг федеральными учреждениями медико-социальной экспертизы не проводится в целях контроля за обоснованностью принимаемых федеральными учреждениями медико-социальной экспертизы решений о потребности в мерах социальной защиты, включая реабилитацию, определяемой на основе оценки ограничений жизнедеятельности, вызванных стойким расстройством функций организма. Независимая оценка качества условий оказания услуг федеральными учреждениями медико-социальной экспертизы предусматривает оценку условий оказания услуг по таким общим критериям, как открытость и доступность информации об учреждении; комфортность условий предоставления услуги, в том числе время ожидания ее предоставления; доброжелательность, вежливость работников учреждения; удовлетворенность условиями оказания услуг, а также доступность услуг для инвалидов. Независимая оценка качества условий оказания услуг федеральными учреждениями медико-социальной экспертизы проводится в соответствии с положениями настоящей статьи. При проведении независимой оценки качества условий оказания услуг федеральными учреждениями медико-социальной экспертизы используется общедоступная информация о федеральных учреждениях медико-социальной экспертизы, размещаемая также в форме открытых данных. В целях создания условий для организации проведения независимой оценки качества условий оказания услуг федеральными учреждениями медико-социальной экспертизы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федеральными учреждениями медико-социальной экспертизы и утверждает его состав.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о составе созданного при этом органе общественного совета по проведению независимой оценки качества условий оказания услуг федеральными учреждениями медико-социальной экспертизы (далее - общественный совет по независимой оценке качества). Показатели, характеризующие общие критерии оценки качества условий оказания услуг федеральными учреждениями медико-социальной экспертизы,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предварительным обсуждением на общественном совете по независимой оценке качества. Состав общественного совета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а также руководители (их заместители) и работники федеральных учреждений медико-социальной экспертизы. При этом общественный совет по независимой оценке качества привлекает к своей работе представителей Общественной палаты Российской Федерации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общественного совета по независимой оценке качества подлежит размещению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своем официальном сайте в сети "Интернет". Положение об общественном совете по независимой оценке качества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Независимая оценка качества условий оказания услуг федеральными учреждениями медико-социальной экспертизы проводится общественным советом по независимой оценке качества не чаще чем один раз в год и не реже чем один раз в три года в отношении одного и того же учреждения. Общественный совет по независимой оценке качества</w:t>
      </w:r>
    </w:p>
    <w:p>
      <w:r>
        <w:t>определяет перечень федеральных учреждений медико-социальной экспертизы, в отношении которых проводится независимая оценка качества условий оказания услуг федеральными учреждениями медико-социальной экспертизы</w:t>
      </w:r>
    </w:p>
    <w:p>
      <w:r>
        <w:t>принимает участие в рассмотрении проектов документации о закупке работ, услуг, а также проектов государственных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организацией, которая осуществляет сбор и обобщение информации о качестве условий оказания услуг федеральными учреждениями медико-социальной экспертизы (далее - оператор)</w:t>
      </w:r>
    </w:p>
    <w:p>
      <w:r>
        <w:t>осуществляет независимую оценку качества условий оказания услуг федеральными учреждениями медико-социальной экспертизы с учетом информации, предоставленной оператором</w:t>
      </w:r>
    </w:p>
    <w:p>
      <w:r>
        <w:t>представляет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результаты независимой оценки качества условий оказания услуг федеральными учреждениями медико-социальной экспертизы, а также предложения об улучшении качества их деятельности. Заключение государственных контрактов на выполнение работ, оказание услуг по сбору и обобщению информации о качестве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по результатам заключения указанных государственных контрактов оформляет решение об определении оператора, ответственного за сбор и обобщение информации о качестве условий оказания услуг федеральными учреждениями медико-социальной экспертизы, а также при необходимости предоставляет оператору общедоступную информацию о деятельности этих учреждений, формируемую в соответствии с государственной и ведомственной статистической отчетностью (в случае, если данная информация не размещена на официальном сайте федерального учреждения медико-социальной экспертизы в сети "Интернет"). Поступившая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информация о результатах независимой оценки качества условий оказания услуг федеральными учреждениями медико-социальной экспертизы подлежит обязательному рассмотрению им в течение одного месяца с даты ее поступления и учитывается им при выработке мер по совершенствованию деятельности федеральных учреждений медико-социальной экспертизы и оценке деятельности их руководителей. Информация о результатах независимой оценки качества условий оказания услуг федеральными учреждениями медико-социальной экспертизы размещается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официальном сайте для размещения информации о государственных и муниципальных учреждениях в сети "Интернет". Состав информации о результатах независимой оценки качества условий оказания услуг федеральными учреждениями медико-социальной экспертизы,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а также федеральные учреждения медико-социальной экспертизы обеспечивают на своих официальных сайтах в сети "Интернет" техническую возможность выражения гражданами мнений о качестве условий оказания услуг федеральными учреждениями медико-социальной экспертизы. Руководители федеральных учреждений медико-социальной экспертизы несут ответственность за непринятие мер по устранению недостатков, выявленных в ходе независимой оценки качества условий оказания услуг федеральными учреждениями медико-социальной экспертизы, в соответствии с трудовым законодательством. В трудовых договорах с руководителями указанных учреждений в показатели эффективности работы руководителей включаются результаты независимой оценки качества условий оказания услуг федеральными учреждениями медико-социальной экспертизы и выполнения плана по устранению недостатков, выявленных в ходе такой оценки. Результаты независимой оценки качества условий оказания услуг федеральными учреждениями медико-социальной экспертизы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Контроль за соблюдением процедур проведения независимой оценки качества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 (Дополнение статьей - Федеральный закон от 05.12.2017 № 392-ФЗ)</w:t>
      </w:r>
    </w:p>
    <w:p>
      <w:pPr>
        <w:pStyle w:val="Heading3"/>
      </w:pPr>
      <w:r>
        <w:t>Реабилитация и абилитация инвалидов</w:t>
      </w:r>
    </w:p>
    <w:p>
      <w:r>
        <w:rPr>
          <w:b/>
        </w:rPr>
        <w:t>Статья 9. Понятие комплексной реабилитации и абилитации инвалида. Организация комплексной реабилитации и абилитации инвалидов</w:t>
      </w:r>
    </w:p>
    <w:p>
      <w:r>
        <w:t>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 Абилитация инвалидов - система и процесс формирования отсутствовавших у инвалидов способностей к бытовой, общественной, профессиональной и иной деятельности. Комплексная реабилитация и абилитация инвалида - оптимальное для каждого инвалида сочетание мероприятий и услуг по основным направлениям комплексной реабилитации и абилитации инвалидов, которые направлены на устранение или возможно более полную компенсацию ограничений жизнедеятельности инвалида в целях его социальной адаптации, в том числе достижения им материальной независимости, и интеграции в общество. Комплексная реабилитация и абилитация инвалида обеспечиваются преемственностью реализации мероприятий и оказания услуг по основным направлениям комплексной реабилитации и абилитации инвалидов на основе межведомственного взаимодействия всех участвующих в комплексной реабилитации и абилитации инвалида федеральных органов исполнительной власти, органов государственной власти субъекта Российской Федерации, реабилитационных организаций. Реабилитационная организация - организация независимо от ее организационно-правовой формы, формы собственности и ведомственной принадлежности, осуществляющая деятельность по одному или нескольким основным направлениям комплексной реабилитации и абилитации инвалидов в соответствии со стандартами их предоставления. Государственная система комплексной реабилитации и абилитации инвалидов включает в себя</w:t>
      </w:r>
    </w:p>
    <w:p>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здоровья граждан,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Фонд пенсионного и социального страхования Российской Федерации</w:t>
      </w:r>
    </w:p>
    <w:p>
      <w:r>
        <w:t>орган государственной власти субъекта Российской Федерации в сфере социальной защиты инвалидов, орган государственной власти субъекта Российской Федерации в сфере охраны здоровья, орган государственной власти субъекта Российской Федерации в сфере физической культуры и спорта, орган государственной власти субъекта Российской Федерации в сфере общего образования, орган государственной власти субъекта Российской Федерации в сфере высшего образования, орган государственной власти субъекта Российской Федерации в сфере культуры</w:t>
      </w:r>
    </w:p>
    <w:p>
      <w:r>
        <w:t>подведомственные федеральным органам исполнительной власти и органам государственной власти субъектов Российской Федерации реабилитационные организации и их обособленные подразделения, осуществляющие деятельность по реабилитации инвалидов и абилитации инвалидов. Негосударственная система комплексной реабилитации и абилитации инвалидов включает в себя реабилитационные организации, осуществляющие деятельность по реабилитации инвалидов и абилитации инвалидов, создаваемые юридическими и физическими лицами. Функционирование систем комплексной реабилитации и абилитации инвалидов осуществляется на основе межведомственного взаимодействия федеральных органов исполнительной власти, органов государственной власти субъектов Российской Федерации, реабилитационных организаций. Целевая реабилитационная группа - определяемая в соответствии с классификацией стойких расстройств функций организма и ограничений жизнедеятельности реабилитационная группа инвалиду, ребенку-инвалиду в целях комплексной реабилитации и абилитации инвалидов. Целевая реабилитационная группа (целевые реабилитационные группы) определяется инвалиду, ребенку-инвалиду федеральным учреждением медико-социальной экспертизы, и сведения о ней вносятся в индивидуальную программу реабилитации и абилитации инвалида. Для инвалидов, получивших травму, ранение, контузию, увечье в связи с боевыми действиями, в целях комплексной реабилитации и абилитации инвалидов определяется отдельная целевая реабилитационная группа (отдельные целевые реабилитационные группы). Комплексная реабилитация и абилитация инвалидов включает в себя следующие основные направления:</w:t>
      </w:r>
    </w:p>
    <w:p>
      <w:r>
        <w:t>медицинская реабилитация, санаторно-курортное лечение, осуществляемые в соответствии с установленным законодательством Российской Федерации порядком</w:t>
      </w:r>
    </w:p>
    <w:p>
      <w:r>
        <w:t>протезно-ортопедическая помощь инвалидам (протезирование, ортезирование, слухопротезирование)</w:t>
      </w:r>
    </w:p>
    <w:p>
      <w:r>
        <w:t>профессиональная реабилитация и абилитация инвалидов (профессиональная ориентация, содействие в получении общего образования и профессионального образования, прохождении профессионального обучения, трудоустройстве (в том числе на специальных рабочих местах), производственная адаптация, сопровождаемая трудовая деятельность)</w:t>
      </w:r>
    </w:p>
    <w:p>
      <w:r>
        <w:t>социальная реабилитация и абилитация инвалидов (социально-средовая, социально-педагогическая, социально-психологическая, социально-бытовая реабилитация и абилитация и социальная занятость)</w:t>
      </w:r>
    </w:p>
    <w:p>
      <w:r>
        <w:t>социокультурная реабилитация и абилитация инвалидов, осуществляемые в соответствии с настоящим Федеральным законом и Основами законодательства Российской Федерации о культуре</w:t>
      </w:r>
    </w:p>
    <w:p>
      <w:r>
        <w:t>физическая реабилитация и абилитация инвалидов с использованием средств физической культуры и спорта (физкультурно-оздоровительных мероприятий, спорта, средств и методов адаптивной физической культуры и адаптивного спорта), осуществляемые в соответствии с настоящим Федеральным законом и законодательством о физической культуре и спорте</w:t>
      </w:r>
    </w:p>
    <w:p>
      <w:r>
        <w:t>ранняя помощь детям и их семьям</w:t>
      </w:r>
    </w:p>
    <w:p>
      <w:r>
        <w:t>обеспечение инвалидов техническими средствами реабилитации. Реализация основных направлений комплексной реабилитации и абилитации инвалидов предусматривает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инвалидов и абилитации инвалидов. В рамках осуществления комплексной реабилитации и абилитации инвалидов реализуются следующие мероприятия и оказываются следующие услуги (помощь):</w:t>
      </w:r>
    </w:p>
    <w:p>
      <w:r>
        <w:t>протезно-ортопедическая помощь инвалидам - комплекс мероприятий и услуг, включая протезирование инвалидов, ортезирование инвалидов, слухопротезирование инвалидов, направленных на достижение ими возможно более полной компенсации стойких ограничений жизнедеятельности, обусловленных заболеваниями, в том числе специальных мероприятий по подготовке к протезированию, ортезированию, производству (изготовлению), подгонке (настройке) протезно-ортопедических изделий, обучение инвалидов безопасному и эффективному пользованию протезно-ортопедическими изделиями, предоставление инвалидам протезно-ортопедических изделий, а также техническое обслуживание, ремонт, замена таких изделий: а) протезирование инвалидов - комплекс мероприятий и услуг, направленных на возможно более полную компенсацию ограничений жизнедеятельности инвалидов путем замены утраченных или необратимо поврежденных сегментов конечностей, головы и (или) туловища протезами, включая глазные протезы, реабилитационные мероприятия и услуги по отдельным основным направлениям реабилитации инвалидов; б) ортезирование инвалидов - комплекс мероприятий и услуг, направленных на возможно более полную компенсацию ограничений жизнедеятельности инвалидов посредством применения технических средств для фиксации, разгрузки, коррекции сегментов конечностей и (или) туловища, активизации связанных с движением функций, косметического устранения нарушений структуры сегментов конечностей и (или) туловища при патологических состояниях сегментов конечностей и (или) туловища, в том числе с помощью сложной ортопедической обуви, специальной одежды для инвалидов; в) слухопротезирование инвалидов - комплекс мероприятий и услуг, направленных на возможно более полную компенсацию нарушенной функции слуха посредством подбора и настройки технического средства реабилитации, проведения слухоречевой реабилитации инвалидов или абилитации инвалидов. Реализация комплекса мероприятий и услуг по протезно-ортопедической помощи предусматривает реализацию мероприятий и услуг по комплексной реабилитации и абилитации инвалидов, в том числе по физической реабилитации и абилитации инвалидов</w:t>
      </w:r>
    </w:p>
    <w:p>
      <w:r>
        <w:t>профессиональная реабилитация и абилитация инвалидов - комплекс мероприятий и услуг, направленных на восстановление или формирование у инвалидов, детей-инвалидов способностей к осуществлению профессиональной деятельности, включающий в себя профессиональную ориентацию инвалидов, содействие в получении общего образования, профессионального образования, прохождении профессионального обучения, трудоустройстве (в том числе на специальных рабочих местах): а) профессиональная ориентация инвалидов - комплекс мероприятий и услуг, направленных на содействие инвалидам, детям-инвалидам в профессиональном самоопределении, формирование у инвалидов мотивации в выборе сферы деятельности (профессии) с учетом их предпочтений, индивидуальных особенностей личности, имеющихся возможностей, степени расстройств функций организма и ограничений жизнедеятельности, содействие в прохождении профессионального обучения и получении дополнительного профессионального образования в целях трудоустройства; б) производственная адаптация инвалидов - комплекс мероприятий и услуг, направленных на восстановление или формирование у инвалидов устойчивых компетенций по выполнению профессиональной деятельности соответствующих содержания, объема, характера в определенных условиях профессиональной среды (социальной и производственной) в целях максимально эффективной реализации трудовых возможностей</w:t>
      </w:r>
    </w:p>
    <w:p>
      <w:r>
        <w:t>социальная реабилитация и абилитация инвалидов - комплекс мероприятий и услуг, направленных на восстановление или формирование у инвалидов способностей к выполнению бытовой, общественной деятельности самостоятельно или с помощью других лиц, а также мероприятия и услуги по социально-средовой, социально-педагогической, социально-психологической, социально-бытовой реабилитации и абилитации инвалидов: а) социально-средовая реабилитация и абилитация инвалидов - комплекс мероприятий и услуг, направленных на восстановление или формирование у инвалидов способности самостоятельно или в сопровождении других лиц передвигаться, ориентироваться и общаться (осуществлять взаимодействие) на объектах социальной, инженерной, транспортной, информационной инфраструктур; б) социально-педагогическая реабилитация и абилитация инвалидов - комплекс мероприятий и услуг, направленных на восстановление или формирование у инвалидов базовых жизненных и образовательных компетенций, необходимых для получения образования и осуществления социально значимой деятельности; в) социально-психологическая реабилитация и абилитация инвалидов - комплекс мероприятий и услуг, направленных на восстановление или формирование у инвалидов компонентов психической деятельности (высших психических функций, эмоционально-волевых и личностных характеристик) и обеспечивающих реабилитационную приверженность к реализации жизнедеятельности в бытовой, межличностной, социокультурной, образовательной и профессиональной сферах в целях социальной адаптации и интеграции инвалидов в общество; г) социально-бытовая реабилитация и абилитация инвалидов - комплекс мероприятий и услуг, направленных на восстановление или формирование способности инвалидов к самообслуживанию, в том числе в сопровождении и с помощью других лиц, путем восстановления или формирования необходимых бытовых навыков, навыков персональной сохранности в быту (в пределах жилого помещения)</w:t>
      </w:r>
    </w:p>
    <w:p>
      <w:r>
        <w:t>социокультурная реабилитация и абилитация инвалидов - комплекс мероприятий, направленных на включение инвалидов в творческую деятельность, обеспечивающую реализацию культурных и экономических потребностей инвалидов в соответствии с их интересами и способностями, в целях социальной адаптации и интеграции инвалидов в общество. При необходимости инвалидам, нуждающимся в постоянной или частичной посторонней помощи, в соответствии с индивидуальной программой реабилитации и абилитации инвалида предоставляется сопровождение при оказании услуг в рамках комплексной реабилитации и абилитации инвалидов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Примерные требования к организации деятельности реабилитационных организаций устанавливаются Правительством Российской Федерации. (Статья в редакции Федерального закона от 25.12.2023 № 651-ФЗ)</w:t>
      </w:r>
    </w:p>
    <w:p>
      <w:r>
        <w:rPr>
          <w:b/>
        </w:rPr>
        <w:t>Статья 91. Сопровождаемое проживание инвалидов</w:t>
      </w:r>
    </w:p>
    <w:p>
      <w:r>
        <w:t>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(осуществлению трудовой и иной деятельности, досугу и общению). Сопровождаемое проживание инвалидов включает в себя в том числе</w:t>
      </w:r>
    </w:p>
    <w:p>
      <w:r>
        <w:t>социальные услуги и социальное сопровождение инвалидов в соответствии с законодательством о социальном обслуживании</w:t>
      </w:r>
    </w:p>
    <w:p>
      <w:r>
        <w:t>услуги по реабилитации и абилитации инвалидов, в том числе формирование навыков самообслуживания и иных бытовых навыков</w:t>
      </w:r>
    </w:p>
    <w:p>
      <w:r>
        <w:t>услуги ассистента (помощника), оказывающего персональную помощь инвалидам в передвижении, получении информации, ориентации и коммуникации, в том числе при получении образования, осуществлении трудовой деятельности и получении социальных услуг</w:t>
      </w:r>
    </w:p>
    <w:p>
      <w:r>
        <w:t>создание специальных условий для получения инвалидами образования в соответствии с законодательством об образовании. Примерный порядок организации сопровождаемого проживания инвалидов устанавливается Правительством Российской Федерации. Критерии, применяемые для установления нуждаемости в сопровождаемом проживании инвалида (с учетом ограничений жизнедеятельности и нарушенных функций организма), определения объема, периодичности и продолжительности предоставления услуг,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Нуждаемость инвалида в сопровождаемом проживании устанавливается исполнительным органом государственной власти субъекта Российской Федерации в сфере социальной защиты и социального обслуживания граждан с учетом критериев,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статьей - Федеральный закон от 28.04.2023 № 137-ФЗ)</w:t>
      </w:r>
    </w:p>
    <w:p>
      <w:r>
        <w:rPr>
          <w:b/>
        </w:rPr>
        <w:t>Статья 92. Порядок разработки и утверждения стандартов оказания услуг по отдельным основным направлениям комплексной реабилитации и абилитации инвалидов</w:t>
      </w:r>
    </w:p>
    <w:p>
      <w:r>
        <w:t>Стандарты оказания услуг по отдельным основным направлениям комплексной реабилитации и абилитации инвалидов, стандарты оказания услуг по ранней помощи детям и их семьям разрабатываются и утверждаются федеральными органами исполнительной власти. Перечень отдельных основных направлений комплексной реабилитации и абилитации инвалидов, по которым разрабатываются такие стандарты, перечень федеральных органов исполнительной власти, осуществляющих их разработку, порядок разработки таких стандартов, включая определение их структуры и содержания, утверждаются Правительством Российской Федерации. Переход реабилитационных организаций к реализации мероприятий и оказанию услуг по отдельным основным направлениям комплексной реабилитации и абилитации инвалидов в соответствии со стандартами, разработанными и утвержденными в соответствии с настоящей статьей, осуществляется поэтапно в сроки, определяемые высшим органом государственной власти субъекта Российской Федерации, но не позднее 1 января 2030 года. В переходный период оказание услуг по отдельным основным направлениям комплексной реабилитации и абилитации инвалидов осуществляется реабилитационными организациями субъектов Российской Федерации с учетом методических рекомендаций по вопросам комплексной реабилитации и абилитации инвалидов, ранней помощи детям и их семьям, разработанных в соответствии с пунктом 101 статьи 4 настоящего Федерального закона, и плана мероприятий переходного периода, разработанного в порядке, утверждаемом Правительством Российской Федерации. (Дополнение статьей - Федеральный закон от 25.12.2023 № 651-ФЗ)</w:t>
      </w:r>
    </w:p>
    <w:p>
      <w:r>
        <w:rPr>
          <w:b/>
        </w:rPr>
        <w:t>Статья 93. Ранняя помощь детям и их семьям</w:t>
      </w:r>
    </w:p>
    <w:p>
      <w:r>
        <w:t>Ранняя помощь детям и их семьям - комплекс мероприятий и услуг, реализуемых и оказываемых на междисциплинарной основе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способствующих содействию физическому и психическому развитию таких детей, их вовлеченности в естественные жизненные ситуации, позитивному взаимодействию таких детей и их родителей, таких детей и других непосредственно ухаживающих за такими детьми лиц, членов семьи в целом, социальной адаптации таких детей в среде сверстников, а также повышению компетентности родителей и других непосредственно ухаживающих за такими детьми лиц в целях комплексной профилактики детской инвалидности. Примерные требования к организации и осуществлению ранней помощи детям и их семьям утверждаются Правительством Российской Федерации. Положение об организации и осуществлении ранней помощи детям и их семьям утверждается высшим исполнительным органом субъекта Российской Федерации. (Дополнение статьей - Федеральный закон от 25.12.2023 № 651-ФЗ)</w:t>
      </w:r>
    </w:p>
    <w:p>
      <w:r>
        <w:rPr>
          <w:b/>
        </w:rPr>
        <w:t>Статья 10. Федеральный перечень реабилитационных мероприятий, технических средств реабилитации и услуг, предоставляемых инвалиду</w:t>
      </w:r>
    </w:p>
    <w:p>
      <w:r>
        <w:t>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Федеральный перечень реабилитационных мероприятий, технических средств реабилитации и услуг, предоставляемых инвалиду, утверждается Правительством Российской Федерации. (Статья в редакции Федерального закона от 22.08.2004 № 122-ФЗ)</w:t>
      </w:r>
    </w:p>
    <w:p>
      <w:r>
        <w:rPr>
          <w:b/>
        </w:rPr>
        <w:t>Статья 11. Индивидуальная программа реабилитации и абилитации инвалида</w:t>
      </w:r>
    </w:p>
    <w:p>
      <w:r>
        <w:t>(Наименование в редакции федеральных законов от 01.12.2014 № 419-ФЗ, от 25.12.2023 № 651-ФЗ) Индивидуальная программа реабилитации и абилитации инвалида - комплекс оптимальных для инвалида мероприятий и услуг по основным направлениям комплексной реабилитации и абилитации инвалидов, который предусматривает сроки и порядок реализации таких мероприятий и оказания таких услуг, цель комплексной реабилитации и абилитации и направлен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привлекать к разработке индивидуальных программ реабилитации и абилитации инвалидов реабилитационные организации. Порядок разработки и реализации индивидуальной программы реабилитации и абилитации инвалида и ее форма, порядок привлечения к разработке индивидуальной программы реабилитации и абилитации инвалида реабилитационных организаций и порядок координации реализации индивидуальной программы реабилитации и абилитации инвалида, включая мониторинг такой реализации и предоставление информации о результатах этого мониторинга в высший исполнительный орган субъекта Российской Федерации,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редакции Федерального закона от 25.12.2023 № 651-ФЗ) Индивидуальная программа реабилитации или абилитации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 (В редакции Федерального закона от 01.12.2014 № 419-ФЗ) Индивидуальная программа реабилитации или абилитации инвалида содержит как реабилитационные мероприятия, технические средства реабилитации и услуги, предоставляемые инвалиду с освобождением от платы в соответствии с федеральным перечнем реабилитационных мероприятий, технических средств реабилитации и услуг, предоставляемых инвалиду, так и реабилитационные мероприятия, технические средства реабилитации и услуги, в оплате которых принимают участие сам инвалид либо другие лица или организации независимо от организационно-правовых форм и форм собственности. (В редакции федеральных законов от 22.08.2004 № 122-ФЗ; от 01.12.2014 № 419-ФЗ) Объем реабилитационных мероприятий, предусматриваемых индивидуальной программой реабилитации или абилитации инвалида, не может быть меньше установленного федеральным перечнем реабилитационных мероприятий, технических средств реабилитации и услуг, предоставляемых инвалиду. (В редакции федеральных законов от 22.08.2004 № 122-ФЗ; от 01.12.2014 № 419-ФЗ) Индивидуальная программа реабилитации или абилитации имеет для инвалида рекомендательный характер, он вправе отказаться от того или иного вида, формы и объема реабилитационных мероприятий, а также от реализации программы в целом. 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другими аналогичными средствами. (В редакции федеральных законов от 23.10.2003 № 132-ФЗ; от 22.08.2004 № 122-ФЗ; от 01.12.2014 № 419-ФЗ) Часть. (Утратила силу - Федеральный закон от 29.10.2024 № 367-ФЗ) Отказ инвалида (или лица, представляющего его интересы) от индивидуальной программы реабилитации или абилитации в целом или от реализации отдельных ее частей освобождает соответствующие органы государственной власти, органы местного самоуправления, а также организации независимо от организационно-правовых форм и форм собственности от ответственности за ее исполнение и не дает инвалиду права на получение компенсации в размере стоимости реабилитационных мероприятий, предоставляемых бесплатно. (В редакции Федерального закона от 01.12.2014 № 419-ФЗ) Федеральные учреждения медико-социальной экспертизы формируют индивидуальную программу реабилитации и абилитации инвалида в государственной информационной системе "Единая централизованная цифровая платформа в социальной сфере". (Дополнение частью - Федеральный закон от 01.12.2014 № 419-ФЗ) (В редакции Федерального закона от 25.12.2023 № 651-ФЗ) Органам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по основным направлениям комплексной реабилитации и абилитации инвалидов, предусмотренных индивидуальной программой реабилитации и абилитации инвалида, обеспечивается доступ к сведениям, содержащимся в индивидуальной программе реабилитации и абилитации инвалида, сформированной в государственной информационной системе "Единая централизованная цифровая платформа в социальной сфере". (Дополнение частью - Федеральный закон от 01.12.2014 № 419-ФЗ) (В редакции Федерального закона от 25.12.2023 № 651-ФЗ) Органы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размещают в государственной информационной системе "Единая централизованная цифровая платформа в социальной сфере" сведения о реализации индивидуальной программы реабилитации и абилитации инвалида, в том числе в целях оценки эффективности реализации комплекса оптимальных для инвалида мероприятий и услуг, по форме и в порядке,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частью - Федеральный закон от 25.12.2023 № 651-ФЗ)</w:t>
      </w:r>
    </w:p>
    <w:p>
      <w:r>
        <w:rPr>
          <w:b/>
        </w:rPr>
        <w:t>Статья 111. Технические средства реабилитации инвалидов</w:t>
      </w:r>
    </w:p>
    <w:p>
      <w:r>
        <w:t>(Наименование в редакции Федерального закона от 22.08.2004 № 122-ФЗ) К техническим средствам реабилитации инвалидов относятся устройства, содержащие технические решения, в том числе специальные, используемые для компенсации или устранения стойких ограничений жизнедеятельности инвалида. (В редакции Федерального закона от 22.08.2004 № 122-ФЗ) Техническими средствами реабилитации инвалидов являются: (В редакции Федерального закона от 22.08.2004 № 122-ФЗ) абзац; (Утратил силу - Федеральный закон от 22.08.2004 № 122-ФЗ) специальные средства для самообслуживания; специальные средства для ухода; специальные средства для ориентирования (включая собак-проводников с комплектом снаряжения), общения и обмена информацией; специальные средства для обучения, образования (включая литературу для слепых) и занятий трудовой деятельностью; протезные изделия (включая протезно-ортопедические изделия, ортопедическую обувь и специальную одежду, глазные протезы и слуховые аппараты); специальное тренажерное и спортивное оборудование, спортивный инвентарь; специальные средства для передвижения (кресла-коляски). (Дополнение абзацем - Федеральный закон от 09.12.2010 № 351-ФЗ) Решение об обеспечении инвалида техническими средствами реабилитации принимается при осуществлении медико-социальной экспертизы по медицинским и социальным показаниям с учетом медицинских противопоказаний в целях устранения или возможно более полной компенсации стойких ограничений жизнедеятельности инвалида, обусловленных заболеваниями, последствиями травм или дефектами, исходя из необходимости уменьшения степени их выраженности. (В редакции Федерального закона от 25.12.2023 № 651-ФЗ) Часть. (Утратила силу - Федеральный закон от 25.12.2023 № 651-ФЗ) Часть. (Утратила силу - Федеральный закон от 25.12.2023 № 651-ФЗ) Часть. (Утратила силу - Федеральный закон от 22.08.2004 № 122-ФЗ) Часть. (Утратила силу - Федеральный закон от 22.08.2004 № 122-ФЗ) 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пенсионного и социального страхования Российской Федерации. (В редакции федеральных законов от 22.08.2004 № 122-ФЗ, от 28.12.2022 № 569-ФЗ) Часть. (Утратила силу - Федеральный закон от 22.08.2004 № 122-ФЗ) Часть. (Утратила силу - Федеральный закон от 22.08.2004 № 122-ФЗ) Часть. (Утратила силу - Федеральный закон от 22.08.2004 № 122-ФЗ) Предусмотренные индивидуальными программами реабилитации, абилитации инвалидов технические средства реабилитации, предоставленные им за счет средств федерального бюджета и Фонда пенсионного и социального страхования Российской Федерации, передаются инвалидам в безвозмездное пользование. (В редакции федеральных законов от 22.08.2004 № 122-ФЗ, от 01.12.2014 № 419-ФЗ, от 28.12.2022 № 569-ФЗ) Дополнительные средства для финансирования расходов на предусмотренные настоящей статьей технические средства реабилитации инвалидов могут быть получены из иных не запрещенных законом источников. (В редакции Федерального закона от 22.08.2004 № 122-ФЗ) Технические средства реабилитации предоставляются инвалидам по месту их жительства (месту пребывания, фактического проживания) уполномоченными органами в порядке, определяемом Правительством Российской Федерации, Фондом пенсионного и социального страхования Российской Федерации, а также иными заинтересованными организациями. (В редакции федеральных законов от 22.08.2004 № 122-ФЗ, от 08.12.2020 № 400-ФЗ, от 28.12.2022 № 569-ФЗ) По выбору инвалида технические средства реабилитации и (или) услуги, предусмотренные федеральным перечнем реабилитационных мероприятий, технических средств реабилитации и услуг, предоставляемых инвалиду, могут быть приобретены и (или) оплачены инвалидами с использованием электронного сертификата с учетом положений Федерального закона от 30 декабря 2020 года № 491-ФЗ "О приобретении отдельных видов товаров, работ, услуг с использованием электронного сертификата" в порядке, определяемом Правительством Российской Федерации. (Дополнение частью - Федеральный закон от 29.12.2020 № 478-ФЗ) (В редакции Федерального закона от 29.12.2025 № 573-ФЗ) Перечень медицинских и социальных показаний, медицинских противопоказаний для обеспечения инвалидов техническими средствами реабилитации, технических решений, в том числе специальных, конструктивных особенностей и параметров технических средств реабилитации, используемых в целях устранения или возможно более полной компенсации стойких ограничений жизнедеятельности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редакции Федерального закона от 25.12.2023 № 651-ФЗ) Ежегодная денежная компенсация инвалидам расходов на содержание и ветеринарное обслуживание собак-проводников, за исключением расходов на оплату корма для собак-проводников, приобретаемого с использованием электронного сертификата с учетом положений Федерального закона от 30 декабря 2020 года № 491-ФЗ "О приобретении отдельных видов товаров, работ, услуг с использованием электронного сертификата", устанавливается в размере 17 420 рублей. (В редакции федеральных законов от 30.11.2011 № 355-ФЗ, от 29.12.2025 № 573-ФЗ) Предельный размер оплаты корма для собак-проводников, приобретаемого с использованием электронного сертификата с учетом положений Федерального закона от 30 декабря 2020 года № 491-ФЗ "О приобретении отдельных видов товаров, работ, услуг с использованием электронного сертификата", определяется Правительством Российской Федерации. (Дополнение частью - Федеральный закон от 29.12.2025 № 573-ФЗ) Размер ежегодной денежной компенсации инвалидам расходов на содержание и ветеринарное обслуживание собак-проводников и предельный размер оплаты корма, приобретаемого с использованием электронного сертификата с учетом положений Федерального закона от 30 декабря 2020 года № 491-ФЗ "О приобретении отдельных видов товаров, работ, услуг с использованием электронного сертификата", подлежат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(Дополнение частью - Федеральный закон от 30.11.2011 № 355-ФЗ) (В редакции федеральных законов от 19.12.2016 № 444-ФЗ, от 29.12.2025 № 573-ФЗ) Порядок выплаты ежегодной денежной компенсации инвалидам расходов на содержание и ветеринарное обслуживание собак-проводников и оплаты корма для собак-проводников, приобретаемого с использованием электронного сертификата с учетом положений Федерального закона от 30 декабря 2020 года № 491-ФЗ "О приобретении отдельных видов товаров, работ, услуг с использованием электронного сертификата", определяется Правительством Российской Федерации. (Дополнение частью - Федеральный закон от 30.11.2011 № 355-ФЗ) (В редакции Федерального закона от 29.12.2025 № 573-ФЗ) (Дополнение статьей - Федеральный закон от 23.10.2003 № 132-ФЗ)</w:t>
      </w:r>
    </w:p>
    <w:p>
      <w:r>
        <w:rPr>
          <w:b/>
        </w:rPr>
        <w:t>Статья 12</w:t>
      </w:r>
    </w:p>
    <w:p>
      <w:r>
        <w:t>(Статья утратила силу - Федеральный закон от 22.08.2004 № 122-ФЗ)</w:t>
      </w:r>
    </w:p>
    <w:p>
      <w:pPr>
        <w:pStyle w:val="Heading3"/>
      </w:pPr>
      <w:r>
        <w:t>Обеспечение жизнедеятельности инвалидов</w:t>
      </w:r>
    </w:p>
    <w:p>
      <w:r>
        <w:rPr>
          <w:b/>
        </w:rPr>
        <w:t>Статья 13. Медицинская помощь инвалидам</w:t>
      </w:r>
    </w:p>
    <w:p>
      <w:r>
        <w:t>Оказание квалифицированной медицинской помощи инвалидам осуществляется в соответствии с законодательством Российской Федерации и законодательством субъектов Российской Федерации в рамках программы государственных гарантий оказания гражданам Российской Федерации бесплатной медицинской помощи. (В редакции Федерального закона от 22.08.2004 № 122-ФЗ) Часть. (Утратила силу - Федеральный закон от 22.08.2004 № 122-ФЗ) Часть. (Утратила силу - Федеральный закон от 22.08.2004 № 122-ФЗ)</w:t>
      </w:r>
    </w:p>
    <w:p>
      <w:r>
        <w:rPr>
          <w:b/>
        </w:rPr>
        <w:t>Статья 14. Обеспечение беспрепятственного доступа инвалидов к информации</w:t>
      </w:r>
    </w:p>
    <w:p>
      <w:r>
        <w:t>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технических устройствах, предназначенных для хранения информации, и рельефно-точечным шрифтом Брайля, для образовательных организаций и библиотек, находящихся в ведении субъектов Российской Федерации, и муниципальных образовательных организаций является расходным обязательством субъектов 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государственных образовательных организаций и библиотек является расходным обязательством Российской Федерации. (В редакции федеральных законов от 22.08.2004 № 122-ФЗ, от 02.07.2013 № 185-ФЗ, от 25.12.2023 № 651-ФЗ) 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субтитрирования или сурдоперевода телевизионных программ, кино- и видеофильмов. Перевод русского жестового языка (сурдоперевод, тифлосурдоперевод) осуществляют переводчики русского жестового языка (сурдопереводчики, тифлосурдопереводчики), имеющие соответствующие образование и квалификацию. Порядок предоставления услуг по переводу русского жестового языка (сурдопереводу, тифлосурдопереводу) определяется Правительством Российской Федерации. (В редакции Федерального закона от 30.12.2012 № 296-ФЗ) Уполномоченные органы оказывают инвалидам помощь в получении услуг по сурдопереводу, тифлосурдопереводу, предоставлении сурдотехники, обеспечении тифлосредствами. (В редакции федеральных законов от 22.08.2004 № 122-ФЗ; от 30.12.2012 № 296-ФЗ) Органы государственной власти и органы местного самоуправления создают условия в подведомственных учреждениях для получения инвалидами по слуху услуг по переводу с использованием русского жестового языка. (Дополнение частью - Федеральный закон от 30.12.2012 № 296-ФЗ) 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 (Дополнение частью - Федеральный закон от 30.12.2012 № 296-ФЗ)</w:t>
      </w:r>
    </w:p>
    <w:p>
      <w:r>
        <w:rPr>
          <w:b/>
        </w:rPr>
        <w:t>Статья 141. Участие инвалидов по зрению в осуществлении операций с использованием факсимильного воспроизведения собственноручной подписи</w:t>
      </w:r>
    </w:p>
    <w:p>
      <w:r>
        <w:t>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 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представляет</w:t>
      </w:r>
    </w:p>
    <w:p>
      <w:r>
        <w:t>документ, удостоверяющий личность</w:t>
      </w:r>
    </w:p>
    <w:p>
      <w:r>
        <w:t>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законодательством о нотариате</w:t>
      </w:r>
    </w:p>
    <w:p>
      <w:r>
        <w:t>справку, подтверждающую факт установления инвалидности по зрению и выданную федеральным государственным учреждением медико-социальной экспертизы, по форме, утвержденной уполномоченным федеральным органом исполнительной власти.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 (Дополнение статьей - Федеральный закон от 21.07.2014 № 267-ФЗ)</w:t>
      </w:r>
    </w:p>
    <w:p>
      <w:r>
        <w:rPr>
          <w:b/>
        </w:rPr>
        <w:t>Статья 15. Обеспечение беспрепятственного доступа инвалидов к объектам социальной, инженерной и транспортной инфраструктур</w:t>
      </w:r>
    </w:p>
    <w:p>
      <w:r>
        <w:t>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r>
        <w:t>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
        <w:t>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
        <w:t>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
        <w:t>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 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 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субъектов Российской Федерации. 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муниципального округа,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(В редакции Федерального закона от 26.05.2021 № 152-ФЗ) 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 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 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 Инвалиды имеют внеочередное право в порядке, установленном Земельным кодексом Российской Федерации, на предоставление земельных участков, 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 (В редакции Федерального закона от 05.04.2021 № 79-ФЗ)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(В редакции федеральных законов от 18.07.2019 № 184-ФЗ, от 10.07.2023 № 293-ФЗ) 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 (или) ребенка-инвалида, размещаются в государственной информационной системе "Единая централизованная цифровая платформа в социальной сфере" на основании заявления инвалида (его законного или уполномоченного представителя), поданного в установленном порядке в Фонд пенсионного и социального страхования Российской Федерации, в том числе с использованием федеральной государственной информационной системы "Единый портал государственных и муниципальных услуг (функций)" или через многофункциональный центр предоставления государственных и муниципальных услуг (далее - заявление). (Дополнение частью - Федеральный закон от 18.07.2019 № 184-ФЗ) (В редакции федеральных законов от 28.12.2022 № 569-ФЗ, от 10.07.2023 № 293-ФЗ) Оператор государственной информационной системы "Единая централизованная цифровая платформа в социальной сфере" обеспечивает, в том числе посредством информационного взаимодействия с информационными ресурсами и (или) информационными системами федеральных органов исполнительной власти, органов государственной власти субъектов Российской Федерации, размещение в государственной информационной системе "Единая централизованная цифровая платформа в социальной сфере" сведений о транспортном средстве, управляемом инвалидом, или транспортном средстве, перевозящем инвалида и (или) ребенка-инвалида, а также использование и предоставление этих сведений в порядке, установленном положением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статьей 612 Федерального закона от 17 июля 1999 года № 178-ФЗ "О государственной социальной помощи". (Дополнение частью - Федеральный закон от 18.07.2019 № 184-ФЗ) (В редакции Федерального закона от 10.07.2023 № 293-ФЗ) В государственной информационной системе "Единая централизованная цифровая платформа в социальной сфере" размещаются сведения в отношении одного транспортного средства, управляемого инвалидом, или одного транспортного средства, перевозящего инвалида и (или) ребенка-инвалида, при этом оператор обеспечивает возможность их изменения. (Дополнение частью - Федеральный закон от 18.07.2019 № 184-ФЗ) (В редакции Федерального закона от 10.07.2023 № 293-ФЗ) Места для парковки, указанные в части девятой настоящей статьи, не должны занимать иные транспортные средства, за исключением случаев, предусмотренных правилами дорожного движения. (Дополнение частью - Федеральный закон от 18.07.2019 № 184-ФЗ) (Статья в редакции Федерального закона от 01.12.2014 № 419-ФЗ)</w:t>
      </w:r>
    </w:p>
    <w:p>
      <w:r>
        <w:rPr>
          <w:b/>
        </w:rPr>
        <w:t>Статья 151. Оценка соблюдения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r>
        <w:t>Соблюдение требований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изданных в целях обеспечения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обеспечивается посредством осуществления</w:t>
      </w:r>
    </w:p>
    <w:p>
      <w:r>
        <w:t>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
        <w:t>федерального государственного контроля (надзора) в сфере социального обслуживания</w:t>
      </w:r>
    </w:p>
    <w:p>
      <w:r>
        <w:t>федерального государственного контроля (надзора) в области железнодорожного транспорта</w:t>
      </w:r>
    </w:p>
    <w:p>
      <w:r>
        <w:t>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
        <w:t>федерального государственного контроля (надзора) в области гражданской авиации</w:t>
      </w:r>
    </w:p>
    <w:p>
      <w:r>
        <w:t>федерального государственного контроля (надзора) в области торгового мореплавания и внутреннего водного транспорта</w:t>
      </w:r>
    </w:p>
    <w:p>
      <w:r>
        <w:t>федерального государственного контроля (надзора) в области связи</w:t>
      </w:r>
    </w:p>
    <w:p>
      <w:r>
        <w:t>федерального государственного контроля (надзора) качества и безопасности медицинской деятельности</w:t>
      </w:r>
    </w:p>
    <w:p>
      <w:r>
        <w:t>федерального государственного контроля (надзора) в сфере обращения лекарственных средств</w:t>
      </w:r>
    </w:p>
    <w:p>
      <w:r>
        <w:t>федерального государственного контроля (надзора) в области охраны объектов культурного наследия, в том числе в рамках переданных субъектам Российской Федерации соответствующих полномочий Российской Федерации</w:t>
      </w:r>
    </w:p>
    <w:p>
      <w:r>
        <w:t>регионального государственного контроля (надзора) в сфере социального обслуживания</w:t>
      </w:r>
    </w:p>
    <w:p>
      <w:r>
        <w:t>регионального государственного контроля (надзора) в сфере перевозок пассажиров и багажа легковым такси</w:t>
      </w:r>
    </w:p>
    <w:p>
      <w:r>
        <w:t>регионального государственного контроля (надзора) в области охраны объектов культурного наследия</w:t>
      </w:r>
    </w:p>
    <w:p>
      <w:r>
        <w:t>регионального государственного жилищного контроля (надзора)</w:t>
      </w:r>
    </w:p>
    <w:p>
      <w:r>
        <w:t>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r>
        <w:t>муниципального контроля в сфере благоустройства. (Дополнение статьей - Федеральный закон от 07.06.2017 № 116-ФЗ) (В редакции Федерального закона от 11.06.2021 № 170-ФЗ)</w:t>
      </w:r>
    </w:p>
    <w:p>
      <w:r>
        <w:rPr>
          <w:b/>
        </w:rPr>
        <w:t>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p>
    <w:p>
      <w:r>
        <w:t>(Наименование в редакции Федерального закона от 01.12.2014 № 419-ФЗ) Юридические и должностные лица за уклонение от исполнения предусмотренных настоящим Федеральным законом, другими федеральными законами и иными нормативными правовыми актами требований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 ответственность в соответствии с законодательством Российской Федерации. Часть. (Утратила силу - Федеральный закон от 25.11.2013 № 312-ФЗ) (Статья в редакции Федерального закона от 08.08.2001 № 123-ФЗ)</w:t>
      </w:r>
    </w:p>
    <w:p>
      <w:r>
        <w:rPr>
          <w:b/>
        </w:rPr>
        <w:t>Статья 17. Обеспечение инвалидов жильем</w:t>
      </w:r>
    </w:p>
    <w:p>
      <w:r>
        <w:t>(Наименование в редакции Федерального закона от 01.12.2014 № 419-ФЗ) Инвалиды и семьи, имеющие детей-инвалидов, нуждающиеся в улучшении жилищных условий, принимаются на учет и обеспечиваются жилыми помещениями в порядке, предусмотренном законодательством Российской Федерации и законодательством субъектов Российской Федерации. 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статьи 282 настоящего Федерального закона. 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 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 Жилые помещения предоставляются инвалидам, семьям, имеющим детей-инвалидов, с учетом состояния здоровья и других заслуживающих внимания обстоятельств. Инвалидам может быть предоставлено жилое помещение по договору социального найма общей площадью, превышающей норму предоставления на одного человека (но не более чем в два раза), при условии, если они страдают тяжелыми формами хронических заболеваний, предусмотренных перечнем, устанавливаемым уполномоченным Правительством Российской Федерации федеральным органом исполнительной власти. (В редакции Федерального закона от 23.07.2008 № 160-ФЗ) 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 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или абилитации инвалида. (В редакции Федерального закона от 01.12.2014 № 419-ФЗ) Инвалиды, проживающие в организациях социального обслуживания, предоставляющих социальные услуги в стационарной форме,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 (В редакции Федерального закона от 28.11.2015 № 358-ФЗ) Дети-инвалиды, проживающие в организациях социального обслуживания, предоставляющих социальные услуги в стационарной форме, и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или абилитации инвалида предусматривает возможность осуществлять самообслуживание и вести ему самостоятельный образ жизни. (В редакции федеральных законов от 01.12.2014 № 419-ФЗ; от 28.11.2015 № 358-ФЗ) Жилое помещение государственного или муниципального жилищного фонда, занимаемое инвалидом по договору социального найма, при помещении инвалида в организацию социального обслуживания, предоставляющую социальные услуги в стационарной форме, сохраняется за ним в течение шести месяцев. (В редакции федеральных законов от 20.07.2012 № 124-ФЗ; от 28.11.2015 № 358-ФЗ) Специально оборудованные жилые помещения государственного или муниципального 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 (В редакции Федерального закона от 20.07.2012 № 124-ФЗ) Инвалидам и семьям, имеющим детей-инвалидов, предоставляется компенсация расходов на оплату жилых помещений и коммунальных услуг в размере 50 процентов: 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 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 (В редакции Федерального закона от 30.10.2017 № 307-ФЗ)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(Часть в редакции Федерального закона от 29.06.2015 № 176-ФЗ) 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 (Дополнение частью - Федеральный закон от 29.12.2015 № 399-ФЗ) 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(Дополнение частью - Федеральный закон от 29.06.2015 № 176-ФЗ) 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хозяйства и ведения гражданами садоводства для собственных нужд. (В редакции федеральных законов от 29.07.2017 № 217-ФЗ, от 31.07.2025 № 353-ФЗ) (Статья в редакции Федерального закона от 29.12.2004 № 199-ФЗ)</w:t>
      </w:r>
    </w:p>
    <w:p>
      <w:r>
        <w:rPr>
          <w:b/>
        </w:rPr>
        <w:t>Статья 18</w:t>
      </w:r>
    </w:p>
    <w:p>
      <w:r>
        <w:t>(Статья утратила силу - Федеральный закон от 02.07.2013 № 185-ФЗ)</w:t>
      </w:r>
    </w:p>
    <w:p>
      <w:r>
        <w:rPr>
          <w:b/>
        </w:rPr>
        <w:t>Статья 19. Образование инвалидов</w:t>
      </w:r>
    </w:p>
    <w:p>
      <w:r>
        <w:t>Государство поддерживает получение инвалидами образования и гарантирует создание инвалидам необходимых условий для его получения. Поддержка общего образования, профессионального образования и профессионального обучения инвалидов направлена на</w:t>
      </w:r>
    </w:p>
    <w:p>
      <w:r>
        <w:t>осуществление ими прав и свобод человека наравне с другими гражданами</w:t>
      </w:r>
    </w:p>
    <w:p>
      <w:r>
        <w:t>развитие личности, индивидуальных способностей и возможностей</w:t>
      </w:r>
    </w:p>
    <w:p>
      <w:r>
        <w:t>интеграцию в общество. 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 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абилитации инвалидов. (В редакции Федерального закона от 01.12.2014 № 419-ФЗ) 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 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семейного образования. 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 в соответствии с Федеральным законом от 29 декабря 2012 года № 273-ФЗ "Об образовании в Российской Федерации". (В редакции Федерального закона от 25.12.2023 № 651-ФЗ) 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 Перечень заболеваний, наличие которых дает право на обучение по основным общеобразовательным программам на дому, утверждается уполномоченным Правительством Российской Федерации федеральным органом исполнительной власти. 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обучения по основным общеобразовательным программам на дому устанавливается 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 (Статья в редакции Федерального закона от 02.07.2013 № 185-ФЗ)</w:t>
      </w:r>
    </w:p>
    <w:p>
      <w:r>
        <w:rPr>
          <w:b/>
        </w:rPr>
        <w:t>Статья 20. Обеспечение занятости инвалидов</w:t>
      </w:r>
    </w:p>
    <w:p>
      <w:r>
        <w:t>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 (В редакции Федерального закона от 01.12.2014 № 419-ФЗ) 1) (Пункт утратил силу - Федеральный закон от 22.08.2004 № 122-ФЗ) 2) (Пункт утратил силу - Федеральный закон от 29.05.2024 № 108-ФЗ) 3) (Пункт утратил силу - Федеральный закон от 29.05.2024 № 108-ФЗ) 4) (Пункт утратил силу - Федеральный закон от 29.05.2024 № 108-ФЗ) 5) (Пункт утратил силу - Федеральный закон от 29.05.2024 № 108-ФЗ) 51) организации сопровождаемой трудовой деятельности инвалидов (трудовой деятельности инвалидов трудоспособного возраста, в том числе на специальных рабочих местах, осуществляемой с помощью других лиц); (Дополнение пунктом - Федеральный закон от 28.04.2023 № 137-ФЗ) 52) предоставления инвалидам мер государственной поддержки в сфере занятости населения в соответствии с законодательством о занятости населения; (Дополнение пунктом - Федеральный закон от 28.04.2023 № 137-ФЗ) (В редакции Федерального закона от 29.05.2024 № 108-ФЗ) 6) (Пункт утратил силу - Федеральный закон от 29.05.2024 № 108-ФЗ) 7) (Пункт утратил силу - Федеральный закон от 29.05.2024 № 108-ФЗ) Часть. (Дополнение частью - Федеральный закон от 01.12.2014 № 419-ФЗ) (Утратила силу - Федеральный закон от 29.05.2024 № 108-ФЗ) Порядок организации сопровождаемой трудовой 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частью - Федеральный закон от 28.04.2023 № 137-ФЗ)</w:t>
      </w:r>
    </w:p>
    <w:p>
      <w:r>
        <w:rPr>
          <w:b/>
        </w:rPr>
        <w:t>Статья 201. Социальная занятость инвалидов</w:t>
      </w:r>
    </w:p>
    <w:p>
      <w:r>
        <w:t>Социальная занятость инвалидов - деятельность инвалидов, не являющихся занятыми в соответствии с законодательством Российской Федерации о занятости населения в связи с имеющимися у них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 Социальная занятость инвалидов направлена на социальную адаптацию и вовлеченность инвалидов в жизнь общества, осуществляется с согласия инвалидов на возмездной или безвозмездной основе. Органы государственной власти субъектов Российской Федерации определяют организации, уполномоченные на осуществление социальной занятости инвалидов. Примерный порядок организации социальной занятости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статьей - Федеральный закон от 28.04.2023 № 137-ФЗ)</w:t>
      </w:r>
    </w:p>
    <w:p>
      <w:r>
        <w:rPr>
          <w:b/>
        </w:rPr>
        <w:t>Статья 21. Установление квоты для приема на работу инвалидов</w:t>
      </w:r>
    </w:p>
    <w:p>
      <w:r>
        <w:t>Регулирование вопросов установления квоты для приема на работу инвалидов осуществляется в соответствии с законодательством о занятости населения. (Статья в редакции Федерального закона от 28.06.2021 № 219-ФЗ)</w:t>
      </w:r>
    </w:p>
    <w:p>
      <w:r>
        <w:rPr>
          <w:b/>
        </w:rPr>
        <w:t>Статья 22. Специальные рабочие места для трудоустройства инвалидов</w:t>
      </w:r>
    </w:p>
    <w:p>
      <w:r>
        <w:t>Регулирование вопросов организации специальных рабочих мест для трудоустройства инвалидов осуществляется в соответствии с законодательством о занятости населения. (Статья в редакции Федерального закона от 29.05.2024 № 108-ФЗ)</w:t>
      </w:r>
    </w:p>
    <w:p>
      <w:r>
        <w:rPr>
          <w:b/>
        </w:rPr>
        <w:t>Статья 23. Условия труда инвалидов</w:t>
      </w:r>
    </w:p>
    <w:p>
      <w:r>
        <w:t>Регулирование условий труда инвалидов осуществляется в соответствии с трудовым законодательством и иными актами, содержащими нормы трудового права, законодательством о занятости населения. (Статья в редакции Федерального закона от 29.05.2024 № 108-ФЗ)</w:t>
      </w:r>
    </w:p>
    <w:p>
      <w:r>
        <w:rPr>
          <w:b/>
        </w:rPr>
        <w:t>Статья 24. Права, обязанности и ответственность работодателей в обеспечении занятости инвалидов</w:t>
      </w:r>
    </w:p>
    <w:p>
      <w:r>
        <w:t>Права, обязанности и ответственность работодателей в обеспечении занятости инвалидов устанавливаются законодательством Российской Федерации. (Статья в редакции Федерального закона от 29.05.2024 № 108-ФЗ)</w:t>
      </w:r>
    </w:p>
    <w:p>
      <w:r>
        <w:rPr>
          <w:b/>
        </w:rPr>
        <w:t>Статья 25</w:t>
      </w:r>
    </w:p>
    <w:p>
      <w:r>
        <w:t>(Статья утратила силу - Федеральный закон от 22.08.2004 № 122-ФЗ)</w:t>
      </w:r>
    </w:p>
    <w:p>
      <w:r>
        <w:rPr>
          <w:b/>
        </w:rPr>
        <w:t>Статья 26</w:t>
      </w:r>
    </w:p>
    <w:p>
      <w:r>
        <w:t>(Статья утратила силу - Федеральный закон от 22.08.2004 № 122-ФЗ)</w:t>
      </w:r>
    </w:p>
    <w:p>
      <w:r>
        <w:rPr>
          <w:b/>
        </w:rPr>
        <w:t>Статья 27. Материальное обеспечение инвалидов</w:t>
      </w:r>
    </w:p>
    <w:p>
      <w:r>
        <w:t>Материальное обеспечение инвалидов включает в себя денежные выплаты по различным основаниям (пенсии, пособия, страховые выплаты при страховании риска нарушения здоровья, выплаты в счет возмещения вреда, причиненного здоровью, и другие выплаты), компенсации в случаях, установленных законодательством Российской Федерации. Часть. (Утратила силу - Федеральный закон от 22.08.2004 № 122-ФЗ)</w:t>
      </w:r>
    </w:p>
    <w:p>
      <w:r>
        <w:rPr>
          <w:b/>
        </w:rPr>
        <w:t>Статья 28. Социально-бытовое обслуживание инвалидов</w:t>
      </w:r>
    </w:p>
    <w:p>
      <w:r>
        <w:t>Социально-бытовое обслуживание инвалидов осуществляется в порядке и на основаниях, определяемых органами государственной власти субъектов Российской Федерации с участием общественных объединений инвалидов, а также органами и организациями, уполномоченными в соответствии с нормативными правовыми актами Российской Федерации на решение вопросов, связанных с организацией и оказанием поддержки и помощи инвалидам. (В редакции федеральных законов от 22.08.2004 № 122-ФЗ, от 29.05.2024 № 108-ФЗ) Часть. (Утратила силу - Федеральный закон от 28.11.2015 № 358-ФЗ) Инвалидам, нуждающимся в постороннем уходе и помощи, предоставляются медицинские и бытовые услуги на дому либо в стационарных организациях. Условия пребывания инвалидов в организации социального обслуживания, предоставляющей социальные услуги в стационарной форме,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 (В редакции Федерального закона от 28.11.2015 № 358-ФЗ) (Часть исключена (в подсчете порядковых номеров не учитывается) - Федеральный закон от 23.10.2003 № 132-ФЗ) Инвалиды обеспечиваются необходимыми средствами телекоммуникационного обслуживания, специальными телефонными аппаратами (в том числе для абонентов с дефектами слуха), переговорными пунктами коллективного пользования. Часть. (Утратила силу - Федеральный закон от 22.08.2004 № 122-ФЗ) Инвалиды обеспечиваются бытовыми приборами, тифло-, сурдо- и другими средствами, необходимыми им для социальной адаптации, а также специальными средствами для передвижения в соответствии с законодательством Российской Федерации. (В редакции федеральных законов от 23.10.2003 № 132-ФЗ, от 29.05.2024 № 108-ФЗ) Ремонт технических средств реабилитации инвалидов производится вне очереди с освобождением от оплаты или на льготных условиях. (В редакции Федерального закона от 07.03.2017 № 30-ФЗ) Порядок предоставления услуг по ремонту технических средств реабилитации инвалидов определяется Правительством Российской Федерации. (Дополнение частью - Федеральный закон от 23.10.2003 № 132-ФЗ) (В редакции Федерального закона от 07.03.2017 № 30-ФЗ)</w:t>
      </w:r>
    </w:p>
    <w:p>
      <w:r>
        <w:rPr>
          <w:b/>
        </w:rPr>
        <w:t>Статья 281. Ежемесячная денежная выплата инвалидам</w:t>
      </w:r>
    </w:p>
    <w:p>
      <w:r>
        <w:rPr>
          <w:b/>
        </w:rPr>
        <w:t xml:space="preserve">1. </w:t>
      </w:r>
      <w:r>
        <w:t>Инвалиды и дети-инвалиды имеют право на ежемесячную денежную выплату в размере и порядке, установленных настоящей статьей</w:t>
      </w:r>
    </w:p>
    <w:p>
      <w:r>
        <w:rPr>
          <w:b/>
        </w:rPr>
        <w:t xml:space="preserve">2. </w:t>
      </w:r>
      <w:r>
        <w:t>Ежемесячная денежная выплата устанавливается в размере</w:t>
      </w:r>
    </w:p>
    <w:p>
      <w:r>
        <w:rPr>
          <w:b/>
        </w:rPr>
        <w:t xml:space="preserve">3. </w:t>
      </w:r>
      <w:r>
        <w:t>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r>
        <w:rPr>
          <w:b/>
        </w:rPr>
        <w:t xml:space="preserve">4. </w:t>
      </w:r>
      <w:r>
        <w:t>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редакции Федерального закона от 19.12.2016 № 444-ФЗ)</w:t>
      </w:r>
    </w:p>
    <w:p>
      <w:r>
        <w:rPr>
          <w:b/>
        </w:rPr>
        <w:t xml:space="preserve">5. </w:t>
      </w:r>
      <w:r>
        <w:t>Ежемесячная денежная выплата устанавливается и выплачивается территориальным органом Фонда пенсионного и социального страхования Российской Федерации. (В редакции Федерального закона от 28.12.2022 № 569-ФЗ)</w:t>
      </w:r>
    </w:p>
    <w:p>
      <w:r>
        <w:rPr>
          <w:b/>
        </w:rPr>
        <w:t xml:space="preserve">6. </w:t>
      </w:r>
      <w:r>
        <w:t>Ежемесячная денежная выплата осуществляется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редакции Федерального закона от 01.12.2014 № 419-ФЗ)</w:t>
      </w:r>
    </w:p>
    <w:p>
      <w:r>
        <w:rPr>
          <w:b/>
        </w:rPr>
        <w:t xml:space="preserve">7. </w:t>
      </w:r>
      <w:r>
        <w:t>Часть суммы ежемесячной денежной выплаты может направляться на финансирование предоставления инвалиду социальных услуг в соответствии с Федеральным законом от 17 июля 1999 года № 178-ФЗ "О государственной социальной помощи". (Дополнение статьей - Федеральный закон от 22.08.2004 № 122-ФЗ)</w:t>
      </w:r>
    </w:p>
    <w:p>
      <w:r>
        <w:rPr>
          <w:b/>
        </w:rPr>
        <w:t xml:space="preserve">2. </w:t>
      </w:r>
      <w:r>
        <w:t>инвалидам I группы - 2 162 рублей</w:t>
      </w:r>
    </w:p>
    <w:p>
      <w:r>
        <w:rPr>
          <w:b/>
        </w:rPr>
        <w:t xml:space="preserve">2. </w:t>
      </w:r>
      <w:r>
        <w:t>инвалидам II группы, детям-инвалидам - 1 544 рублей</w:t>
      </w:r>
    </w:p>
    <w:p>
      <w:r>
        <w:rPr>
          <w:b/>
        </w:rPr>
        <w:t xml:space="preserve">2. </w:t>
      </w:r>
      <w:r>
        <w:t>инвалидам III группы - 1 236 рублей. (Часть в редакции Федерального закона от 24.07.2009 № 213-ФЗ)</w:t>
      </w:r>
    </w:p>
    <w:p>
      <w:r>
        <w:rPr>
          <w:b/>
        </w:rPr>
        <w:t>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w:t>
      </w:r>
    </w:p>
    <w:p>
      <w:r>
        <w:t>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 (В редакции Федерального закона от 24.04.2020 № 147-ФЗ) Средства на реализацию передаваемых для осуществления полномочий по предоставлению указанных мер социальной поддержки предусматриваются в федеральном бюджете в виде субвенций. (В редакции федеральных законов от 07.05.2013 № 104-ФЗ, от 24.04.2020 № 147-ФЗ) Объем субвенций из федерального бюджета бюджетам субъектов Российской Федерации определяется: (В редакции Федерального закона от 07.05.2013 № 104-ФЗ) 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стандарта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 (В редакции федеральных законов от 07.03.2018 № 47-ФЗ; от 29.07.2018 № 272-ФЗ) 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Субвенции зачисляются в установленном для исполнения федерального бюджета порядке на счета бюджетов субъектов Российской Федерации. Порядок расходования и учета средств на предоставление субвенций устанавливается Правительством Российской Федерации. Форма предоставления указанных мер социальной поддержки определяется нормативными правовыми актами субъекта Российской Федерации. Органы государственной власти субъектов Российской Федерации ежеквартально представляют</w:t>
      </w:r>
    </w:p>
    <w:p>
      <w: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 (Часть в редакции Федерального закона от 19.12.2016 № 461-ФЗ) Дополнительные отчетные данные представляются в порядке, определяемом Правительством Российской Федерации. (Дополнение частью - Федеральный закон от 19.12.2016 № 461-ФЗ) Средства на реализацию указанных полномочий носят целевой характер и не могут быть использованы на другие цели.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переданного в соответствии с настоящей статьей полномочия по предоставлению мер социальной поддержки инвалидов по оплате жилого помещения и коммунальных услуг),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переданного в соответствии с настоящей статьей полномочия по обеспечению жильем инвалидов и семей, имеющих детей-инвалидов, нуждающихся в улучшении жилищных условий, вставших на учет до 1 января 2005 года), Счетной палатой Российской Федерации. (В редакции Федерального закона от 02.12.2019 № 408-ФЗ)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предоставлению мер социальной поддержки инвалидов по оплате жилого помещения и коммунальных услуг. (Дополнение частью - Федеральный закон от 02.12.2019 № 408-ФЗ)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обеспечению жильем инвалидов и семей, имеющих детей-инвалидов, нуждающихся в улучшении жилищных условий, вставших на учет до 1 января 2005 года. (Дополнение частью - Федеральный закон от 02.12.2019 № 408-ФЗ)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части первой настоящей статьи. (Дополнение частью - Федеральный закон от 18.10.2007 № 230-ФЗ) (Дополнение статьей - Федеральный закон от 29.12.2004 № 199-ФЗ)</w:t>
      </w:r>
    </w:p>
    <w:p>
      <w:r>
        <w:rPr>
          <w:b/>
        </w:rPr>
        <w:t>Статья 29</w:t>
      </w:r>
    </w:p>
    <w:p>
      <w:r>
        <w:t>(Статья утратила силу - Федеральный закон от 22.08.2004 № 122-ФЗ)</w:t>
      </w:r>
    </w:p>
    <w:p>
      <w:r>
        <w:rPr>
          <w:b/>
        </w:rPr>
        <w:t>Статья 30</w:t>
      </w:r>
    </w:p>
    <w:p>
      <w:r>
        <w:t>(Статья утратила силу - Федеральный закон от 22.08.2004 № 122-ФЗ)</w:t>
      </w:r>
    </w:p>
    <w:p>
      <w:r>
        <w:rPr>
          <w:b/>
        </w:rPr>
        <w:t>Статья 31. Порядок сохранения мер социальной защиты, установленных инвалидам</w:t>
      </w:r>
    </w:p>
    <w:p>
      <w:r>
        <w:t>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 (Дополнение статьей - Федеральный закон от 01.12.2014 № 419-ФЗ)</w:t>
      </w:r>
    </w:p>
    <w:p>
      <w:r>
        <w:t>(Наименование в редакции Федерального закона от 22.08.2004 № 122-ФЗ) Часть. (Утратила силу - Федеральный закон от 22.08.2004 № 122-ФЗ) Часть. (Утратила силу - Федеральный закон от 22.08.2004 № 122-ФЗ) 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либо по другому правовому акту (независимо от основания установления льготы). (В редакции Федерального закона от 22.08.2004 № 122-ФЗ)</w:t>
      </w:r>
    </w:p>
    <w:p>
      <w:r>
        <w:rPr>
          <w:b/>
        </w:rPr>
        <w:t>Статья 32. Ответственность за нарушение прав инвалидов. Рассмотрение споров</w:t>
      </w:r>
    </w:p>
    <w:p>
      <w:r>
        <w:t>Граждане и должностные лица, виновные в нарушении прав и свобод инвалидов, несут ответственность в соответствии с законодательством Российской Федерации. Споры по вопросам установления инвалидности, реализации индивидуальных программ реабилитации, абилитации инвалидов, предоставления конкретных мер социальной защиты, а также споры, касающиеся иных прав и свобод инвалидов, рассматриваются в судебном порядке. (В редакции Федерального закона от 01.12.2014 № 419-ФЗ)</w:t>
      </w:r>
    </w:p>
    <w:p>
      <w:pPr>
        <w:pStyle w:val="Heading3"/>
      </w:pPr>
      <w:r>
        <w:t>Общественные объединения инвалидов</w:t>
      </w:r>
    </w:p>
    <w:p>
      <w:r>
        <w:rPr>
          <w:b/>
        </w:rPr>
        <w:t>Статья 33. Право инвалидов на создание общественных объединений</w:t>
      </w:r>
    </w:p>
    <w:p>
      <w:r>
        <w:t>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Государство оказывает указанным общественным объединениям содействие и помощь, в том числе материальную, техническую и финансовую. Органы местного самоуправления имеют право оказывать поддержку общественным объединениям инвалидов за счет средств местных бюджетов (за исключением межбюджетных трансфертов, предоставленных из бюджетов бюджетной системы Российской Федерации). (В редакции федеральных законов от 04.01.1999 № 5-ФЗ; от 06.11.2011 № 299-ФЗ) Общественными организациями инвалидов признаются организации, созданные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 (Дополнение частью - Федеральный закон от 04.01.1999 № 5-ФЗ) Федеральные органы исполнительной власти,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привлекают полномочных представителей общественных объединений инвалидов для подготовки и принятия решений, затрагивающих интересы инвалидов. Решения, принятые с нарушением этой нормы, могут быть признаны недействительными в судебном порядке. (В редакции Федерального закона от 06.11.2011 № 299-ФЗ) В собственности общественных объединений инвалидов могут находиться предприятия, учреждения, организации, хозяйственные товарищества и общества, здания, сооружения, оборудование, транспорт, жилищный фонд, интеллектуальные ценности, денежные средства, паи, акции и ценные бумаги, а также любое иное имущество и земельные участки в соответствии с законодательством Российской Федерации. Общественным объединениям инвалидов и организациям,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органы государственной власти и органы местного самоуправления могут оказывать поддержку также путем предоставления в безвозмездное пользование имущества (включая здания, нежилые помещения), используемого данными объединениями и организациями на законных основаниях в течение не менее чем пять лет на момент предоставления такого имущества. (Дополнение частью - Федеральный закон от 10.07.2012 № 110-ФЗ) Оказание поддержки общественным объединениям инвалидов также может осуществляться в соответствии с Федеральным законом от 12 января 1996 года № 7-ФЗ "О некоммерческих организациях" в части социально ориентированных некоммерческих организаций. (Дополнение частью - Федеральный закон от 10.07.2012 № 110-ФЗ) 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закона от 24 июля 2007 года № 209-ФЗ "О развитии малого и среднего предпринимательства в Российской Федерации" при соответствии таких обществ с ограниченной ответственностью требованиям, установленным указанным Федеральным законом, и при условии, что сведения о таких обществах с ограниченной ответственностью внесены в единый реестр субъектов малого и среднего предпринимательства. (Дополнение частью - Федеральный закон от 10.07.2012 № 110-ФЗ) (В редакции Федерального закона от 18.07.2019 № 185-ФЗ) Указанные в части седьмой настоящей статьи общероссийские общественные объединения инвалидов информируют федеральный орган исполнительной власти, уполномоченный в сфере регистрации некоммерческих организаций, о создании (прекращении деятельности) своих отделений (территориальных подразделений) в течение одного месяца со дня создания (прекращения деятельности) отделения (территориального подразделения) с приложением копии протокола учредительного съезда (конференции) или общего собрания соответствующего отделения (территориального подразделения). (Дополнение частью - Федеральный закон от 18.07.2019 № 185-ФЗ) Форма и порядок уведомления о создании (прекращении деятельности) отделений (территориальных подразделений) общероссийских общественных объединений инвалидов, указанных в части седьмой настоящей статьи, утверждаются федеральным органом исполнительной власти, уполномоченным в сфере регистрации некоммерческих организаций. (Дополнение частью - Федеральный закон от 18.07.2019 № 185-ФЗ)</w:t>
      </w:r>
    </w:p>
    <w:p>
      <w:r>
        <w:rPr>
          <w:b/>
        </w:rPr>
        <w:t>Статья 34</w:t>
      </w:r>
    </w:p>
    <w:p>
      <w:r>
        <w:t>(Статья утратила силу - Федеральный закон от 22.08.2004 № 122-ФЗ)</w:t>
      </w:r>
    </w:p>
    <w:p>
      <w:pPr>
        <w:pStyle w:val="Heading3"/>
      </w:pPr>
      <w:r>
        <w:t>Заключительные положения</w:t>
      </w:r>
    </w:p>
    <w:p>
      <w:r>
        <w:rPr>
          <w:b/>
        </w:rPr>
        <w:t>Статья 35. Вступление в силу настоящего Федерального закона</w:t>
      </w:r>
    </w:p>
    <w:p>
      <w:r>
        <w:t>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 Статьи 21, 22, 23 (кроме части первой), 24 (кроме пункта 2 части второй) настоящего Федерального закона вступают в силу с 1 июля 1995 года; статьи 11 и 17, часть вторая статьи 18, часть третья статьи 19, пункт 5 части второй статьи 20, часть первая статьи 23, пункт 2 части второй статьи 24, часть вторая статьи 25 настоящего Федерального закона вступают в силу с 1 января 1996 года; статьи 28, 29, 30 настоящего Федерального закона вступают в силу с 1 января 1997 года в части расширения действующих в настоящее время льгот. Статьи 14, 15, 16 настоящего Федерального закона вступают в силу в течение 1995 - 1999 годов. Конкретные сроки вступления в силу указанных статей определяются Правительством Российской Федерации.</w:t>
      </w:r>
    </w:p>
    <w:p>
      <w:r>
        <w:rPr>
          <w:b/>
        </w:rPr>
        <w:t>Статья 36. Действие законов и иных нормативных правовых актов</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нормативные правовые акты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