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Федерацией, Республикой Белоруссия, Республикой Казахстан и Киргизской Республикой об углублении интеграции в экономической и гуманитарной областях</w:t>
      </w:r>
    </w:p>
    <w:p>
      <w:r>
        <w:rPr>
          <w:b/>
        </w:rPr>
        <w:t>Статья None. Федеральный закон   от 21.05.1996 № 44-ФЗ</w:t>
      </w:r>
    </w:p>
    <w:p>
      <w:r>
        <w:t>О ратификации Договора между Российской Федерацией, Республикой Белоруссия, Республикой Казахстан и Киргизской Республикой об углублении интеграции в экономической и гуманитарной областях РОССИЙСКАЯ ФЕДЕРАЦИЯ ФЕДЕРАЛЬНЫЙ ЗАКОН О ратификации Договора между Российской Федерацией, Республикой Белоруссия, Республикой Казахстан и Киргизской Республикой об углублении интеграции в экономической и гуманитарной областях Принят Государственной Думой 19 апреля 1996 года Одобрен Советом Федерации 15 мая 1996 года Ратифицировать Договор между Российской Федерацией, Республикой Белоруссия, Республикой Казахстан и Киргизской Республикой об углублении интеграции в экономической и гуманитарной областях, подписанный в городе Москве 29 марта 1996 года. Президент Российской Федерации Б. Ельцин Москва, Кремль 21 мая 1996 года № 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