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Венгерской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23.05.1996 № 52-ФЗ</w:t>
      </w:r>
    </w:p>
    <w:p>
      <w:r>
        <w:t>О ратификации Соглашения между Правительством Российской Федерации и Правительством Венгерской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Венгерской Республики о поощрении и взаимной защите капиталовложений Принят Государственной Думой 19 апреля 1996 года Одобрен Советом Федерации 15 мая 1996 года Ратифицировать Соглашение между Правительством Российской Федерации и Правительством Венгерской Республики о поощрении и взаимной защите капиталовложений, подписанное в городе Москве 6 марта 1995 года. Президент Российской Федерации Б.Ельцин Москва, Кремль 23 мая 1996 года № 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