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Швейцарской Конфедерации о техническом и финансовом сотрудничестве</w:t>
      </w:r>
    </w:p>
    <w:p>
      <w:r>
        <w:rPr>
          <w:b/>
        </w:rPr>
        <w:t>Статья None. Федеральный закон   от 23.05.1996 № 53-ФЗ</w:t>
      </w:r>
    </w:p>
    <w:p>
      <w:r>
        <w:t>О ратификации Соглашения между Правительством Российской Федерации и Правительством Швейцарской Конфедерации о техническом и финансовом сотрудничестве РОССИЙСКАЯ ФЕДЕРАЦИЯ ФЕДЕРАЛЬНЫЙ ЗАКОН О ратификации Соглашения между Правительством Российской Федерации и Правительством Швейцарской Конфедерации о техническом и финансовом сотрудничестве Принят Государственной Думой 26 апреля 1996 года Одобрен Советом Федерации 15 мая 1996 года Ратифицировать Соглашение между Правительством Российской Федерации и Правительством Швейцарской Конфедерации о техническом и финансовом сотрудничестве, подписанное в городе Москве 28 ноября 1995 года. Президент Российской Федерации Б.Ельцин Москва, Кремль 23 мая 1996 года № 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