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Греческой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13.06.1996 № 69-ФЗ</w:t>
      </w:r>
    </w:p>
    <w:p>
      <w:r>
        <w:t>О ратификации Соглашения между Правительством Российской Федерации и Правительством Греческой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Греческой Республики о поощрении и взаимной защите капиталовложений Принят Государственной Думой 17 мая 1996 года Одобрен Советом Федерации 5 июня 1996 года Ратифицировать Соглашение между Правительством Российской Федерации и Правительством Греческой Республики о поощрении и взаимной защите капиталовложений, подписанное в городе Афины 30 июня 1993 года. Президент Российской Федерации Б. Ельцин Москва, Кремль 13 июня 1996 года № 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