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Румынии о поощрении и взаимной защите капиталовложений</w:t>
      </w:r>
    </w:p>
    <w:p>
      <w:r>
        <w:rPr>
          <w:b/>
        </w:rPr>
        <w:t>Статья None. Федеральный закон   от 13.06.1996 № 71-ФЗ</w:t>
      </w:r>
    </w:p>
    <w:p>
      <w:r>
        <w:t>О ратификации Соглашения между Правительством Российской Федерации и Правительством Румынии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Румынии о поощрении и взаимной защите капиталовложений Принят Государственной Думой 17 мая 1996 года Одобрен Советом Федерации 5 июня 1996 года Ратифицировать Соглашение между Правительством Российской Федерации и Правительством Румынии о поощрении и взаимной защите капиталовложений, подписанное в городе Москве 29 сентября 1993 года. Президент Российской Федерации Б. Ельцин Москва, Кремль 13 июня 1996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