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Словацкой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08.07.1996 № 92-ФЗ</w:t>
      </w:r>
    </w:p>
    <w:p>
      <w:r>
        <w:t>О ратификации Соглашения между Правительством Российской Федерации и Правительством Словацкой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Словацкой Республики о поощрении и взаимной защите капиталовложений Принят Государственной Думой 7 июня 1996 года Одобрен Советом Федерации 26 июня 1996 года Ратифицировать Соглашение между Правительством Российской Федерации и Правительством Словацкой Республики о поощрении и взаимной защите капиталовложений, подписанное в городе Братиславе 30 ноября 1993 года. Президент Российской Федерации Б.Ельцин Москва, Кремль 8 июля 1996 года № 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