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Союзным Правительством Союзной Республики Югославии о поощрении и взаимной защите капиталовложений</w:t>
      </w:r>
    </w:p>
    <w:p>
      <w:r>
        <w:rPr>
          <w:b/>
        </w:rPr>
        <w:t>Статья None. Федеральный закон   от 08.07.1996 № 93-ФЗ</w:t>
      </w:r>
    </w:p>
    <w:p>
      <w:r>
        <w:t>О ратификации Соглашения между Правительством Российской Федерации и Союзным Правительством Союзной Республики Югославии о поощрении и взаимной защите капиталовложений РОССИЙСКАЯ ФЕДЕРАЦИЯ ФЕДЕРАЛЬНЫЙ ЗАКОН О ратификации Соглашения между Правительством Российской Федерации и Союзным Правительством Союзной Республики Югославии о поощрении и взаимной защите капиталовложений Принят Государственной Думой 14 июня 1996 года Одобрен Советом Федерации 26 июня 1996 года Ратифицировать Соглашение между Правительством Российской Федерации и Союзным Правительством Союзной Республики Югославии о поощрении и взаимной защите капиталовложений, подписанное в городе Москве 11 октября 1995 года. Президент Российской Федерации Б.Ельцин Москва, Кремль 8 июля 1996 года № 93-ФЗ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