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в отношениях Российской Федерации и Королевства Испания Договора между Союзом Советских Социалистических Республик и Королевством Испании о правовой помощи по гражданским делам</w:t>
      </w:r>
    </w:p>
    <w:p>
      <w:r>
        <w:rPr>
          <w:b/>
        </w:rPr>
        <w:t>Статья None. Федеральный закон   от 30.07.1996 № 101-ФЗ</w:t>
      </w:r>
    </w:p>
    <w:p>
      <w:r>
        <w:t>О ратификации в отношениях Российской Федерации и Королевства Испания Договора между Союзом Советских Социалистических Республик и Королевством Испании о правовой помощи по гражданским делам РОССИЙСКАЯ ФЕДЕРАЦИЯ ФЕДЕРАЛЬНЫЙ ЗАКОН О ратификации в отношениях Российской Федерации и Королевства Испания Договора между Союзом Советских Социалистических Республик и Королевством Испании о правовой помощи по гражданским делам Принят Государственной Думой 21 июня 1996 года Одобрен Советом Федерации 17 июля 1996 года Ратифицировать в отношениях Российской Федерации и Королевства Испания Договор между Союзом Советских Социалистических Республик и Королевством Испании о правовой помощи по гражданским делам, подписанный в городе Мадриде 26 октября 1990 года. Президент Российской Федерации Б. Ельцин Москва, Кремль 30 июля 1996 года № 101-ФЗ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