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Федерации, Центральным банком Российской Федерации и Правительством Республики Беларусь, Национальным банком Республики Беларусь о мерах по обеспечению взаимной конвертируемости и стабилизации курсов российского рубля и белорусского рубля</w:t>
      </w:r>
    </w:p>
    <w:p>
      <w:r>
        <w:rPr>
          <w:b/>
        </w:rPr>
        <w:t>Статья None. Федеральный закон   от 31.07.1996 № 105-ФЗ</w:t>
      </w:r>
    </w:p>
    <w:p>
      <w:r>
        <w:t>О ратификации Соглашения между Правительством Российской Федерации, Центральным банком Российской Федерации и Правительством Республики Беларусь, Национальным банком Республики Беларусь о мерах по обеспечению взаимной конвертируемости и стабилизации курсов российского рубля и белорусского рубля РОССИЙСКАЯ ФЕДЕРАЦИЯ ФЕДЕРАЛЬНЫЙ ЗАКОН О ратификации Соглашения между Правительством Российской Федерации, Центральным банком Российской Федерации и Правительством Республики Беларусь, Национальным банком Республики Беларусь о мерах по обеспечению взаимной конвертируемости и стабилизации курсов российского рубля и белорусского рубля Принят Государственной Думой 12 июля 1996 года Одобрен Советом Федерации 17 июля 1996 года Ратифицировать Соглашение между Правительством Российской Федерации, Центральным банком Российской Федерации и Правительством Республики Беларусь, Национальным банком Республики Беларусь о мерах по обеспечению взаимной конвертируемости и стабилизации курсов российского рубля и белорусского рубля, подписанное в городе Минске 6 января 1995 года. Президент Российской Федерации Б. Ельцин Москва, Кремль 31 июля 1996 года № 105-ФЗ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