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дополнения в Федеральный закон "О предупреждении распространения в Российской Федерации заболевания, вызываемого вирусом иммунодефицита человека (ВИЧ-инфекции)"</w:t>
      </w:r>
    </w:p>
    <w:p>
      <w:r>
        <w:rPr>
          <w:b/>
        </w:rPr>
        <w:t>Статья 1. Дополнить пункт 1 статьи 10 Федерального закона "О предупреждении распространения в Российской Федерации заболевания, вызываемого вирусом иммунодефицита человека (ВИЧ-инфекции)" (Собрание законодательства Российской Федерации, 1995, № 14, ст. 1212) предложением следующего содержания: "Данное положение не распространяется на сотрудников дипломатических представительств и консульских учреждений иностранных государств, сотрудников международных межправительственных организаций и членов их семей".</w:t>
      </w:r>
    </w:p>
    <w:p>
      <w:r>
        <w:t>Дополнить пункт 1 статьи 10 Федерального закона "О предупреждении распространения в Российской Федерации заболевания, вызываемого вирусом иммунодефицита человека (ВИЧ-инфекции)" (Собрание законодательства Российской Федерации, 1995, № 14, ст. 1212) предложением следующего содержания: "Данное положение не распространяется на сотрудников дипломатических представительств и консульских учреждений иностранных государств, сотрудников международных межправительственных организаций и членов их семей".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