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между Правительством Российской Федерации и Межгосударственным статистическим комитетом Содружества Независимых Государств об условиях пребывания Межгосударственного статистического комитета Содружества Независимых Государств на территории Российской Федерации</w:t>
      </w:r>
    </w:p>
    <w:p>
      <w:r>
        <w:rPr>
          <w:b/>
        </w:rPr>
        <w:t>Статья None. Федеральный закон   от 10.01.1997 № 17-ФЗ</w:t>
      </w:r>
    </w:p>
    <w:p>
      <w:r>
        <w:t>О ратификации Соглашения между Правительством Российской Федерации и Межгосударственным статистическим комитетом Содружества Независимых Государств об условиях пребывания Межгосударственного статистического комитета Содружества Независимых Государств на территории Российской Федерации РОССИЙСКАЯ ФЕДЕРАЦИЯ ФЕДЕРАЛЬНЫЙ ЗАКОН О ратификации Соглашения между Правительством Российской Федерации и Межгосударственным статистическим комитетом Содружества Независимых Государств об условиях пребывания Межгосударственного статистического комитета Содружества Независимых Государств на территории Российской Федерации Принят Государственной Думой 15 декабря 1996 года Одобрен Советом Федерации 25 декабря 1996 года Ратифицировать Соглашение между Правительством Российской Федерации и Межгосударственным статистическим комитетом Содружества Независимых Государств об условиях пребывания Межгосударственного статистического комитета Содружества Независимых Государств на территории Российской Федерации, подписанное в городе Москве 26 февраля 1996 года, со следующим заявлением: "Российская Федерация исходит из того понимания, что никакие положения Соглашения между Правительством Российской Федерации и Межгосударственным статистическим комитетом Содружества Независимых Государств об условиях пребывания Межгосударственного статистического комитета Содружества Независимых Государств на территории Российской Федерации не могут быть истолкованы как право Межгосударственного статистического комитета Содружества Независимых Государств осуществлять коммерческую деятельность на территории Российской Федерации". Президент Российской Федерации Б.Ельцин Москва, Кремль 10 января 1997 года № 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