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 Таможенном союзе и Соглашения между Правительством Российской Федерации и Правительством Республики Казахстан о едином порядке регулирования внешнеэкономической деятельности</w:t>
      </w:r>
    </w:p>
    <w:p>
      <w:r>
        <w:rPr>
          <w:b/>
        </w:rPr>
        <w:t>Статья None. Федеральный закон   от 29.01.1997 № 21-ФЗ</w:t>
      </w:r>
    </w:p>
    <w:p>
      <w:r>
        <w:t>О ратификации Соглашения о Таможенном союзе и Соглашения между Правительством Российской Федерации и Правительством Республики Казахстан о едином порядке регулирования внешнеэкономической деятельности РОССИЙСКАЯ ФЕДЕРАЦИЯ ФЕДЕРАЛЬНЫЙ ЗАКОН О ратификации Соглашения о Таможенном союзе и Соглашения между Правительством Российской Федерации и Правительством Республики Казахстан о едином порядке регулирования внешнеэкономической деятельности Принят Государственной Думой 15 декабря 1996 года Одобрен Советом Федерации 25 декабря 1996 года Ратифицировать Соглашение о Таможенном союзе и Соглашение между Правительством Российской Федерации и Правительством Республики Казахстан о едином порядке регулирования внешнеэкономической деятельности, подписанные в городе Москве 20 января 1995 года. Президент Российской Федерации Б.Ельцин Москва, Кремль 29 января 1997 года № 21-ФЗ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