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Хорватия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35-ФЗ</w:t>
      </w:r>
    </w:p>
    <w:p>
      <w:r>
        <w:t>О ратификации Соглашения между Правительством Российской Федерации и Правительством Республики Хорватия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Республики Хорватия об избежании двойного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Соглашение между Правительством Российской Федерации и Правительством Республики Хорватия об избежании двойного налогообложения в отношении налогов на доходы и имущество, подписанное в городе Загребе 2 октября 1995 года, со следующим заявлением: "Российская Федерация заявляет, что Соглашение между Правительством Российской Федерации и Правительством Республики Хорватия об избежании двойного налогообложения в отношении налогов на доходы и имущество, подписанное в городе Загребе 2 октября 1995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