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Китайской Народной Республики об избежании двойного налогообложения и предотвращении уклонения от налогообложения в отношении налогов на доходы</w:t>
      </w:r>
    </w:p>
    <w:p>
      <w:r>
        <w:rPr>
          <w:b/>
        </w:rPr>
        <w:t>Статья None. Федеральный закон   от 26.02.1997 № 37-ФЗ</w:t>
      </w:r>
    </w:p>
    <w:p>
      <w:r>
        <w:t>О ратификации Соглашения между Правительством Российской Федерации и Правительством Китайской Народной Республики об избежании двойного налогообложения и предотвращении уклонения от налогообложения в отношении налогов на доходы РОССИЙСКАЯ ФЕДЕРАЦИЯ ФЕДЕРАЛЬНЫЙ ЗАКОН О ратификации Соглашения между Правительством Российской Федерации и Правительством Китайской Народной Республики об избежании двойного налогообложения и предотвращении уклонения от налогообложения в отношении налогов на доходы Принят Государственной Думой 17 января 1997 года Одобрен Советом Федерации 12 февраля 1997 года Ратифицировать Соглашение между Правительством Российской Федерации и Правительством Китайской Народной Республики об избежании двойного налогообложения и предотвращении уклонения от налогообложения в отношении налогов на доходы, подписанное в городе Пекине 27 мая 1994 года, со следующим заявлением: "Российская Федерация заявляет, что Соглашение между Правительством Российской Федерации и Правительством Китайской Народной Республики об избежании двойного налогообложения и предотвращении уклонения от налогообложения в отношении налогов на доходы, подписанное в городе Пекине 27 мая 1994 года, не затрагивает определение компетенции прибрежного государства в пределах морских пространств, прилегающих к его территориальному морю, которая регулируется в соответствии с Конвенцией Организации Объединенных Наций по морскому праву". Президент Российской Федерации Б.Ельцин Москва, Кремль 26 февраля 1997 года № 37-ФЗ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