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Соединенного Королевства Великобритании и Северной Ирландии об избежании двойного налогообложения и предотвращении уклонения от налогообложения в отношении налогов на доходы и прирост стоимости имущества и Соглашения между Правительством Российской Федерации и Правительством Соединенного Королевства Великобритании и Северной Ирландии от 15 февраля 1994 года, заключенного в форме обмена нотами, о применении отдельных положений Конвенции</w:t>
      </w:r>
    </w:p>
    <w:p>
      <w:r>
        <w:rPr>
          <w:b/>
        </w:rPr>
        <w:t>Статья None. Федеральный закон   от 19.03.1997 № 65-ФЗ</w:t>
      </w:r>
    </w:p>
    <w:p>
      <w:r>
        <w:t>О ратификации Конвенции между Правительством Российской Федерации и Правительством Соединенного Королевства Великобритании и Северной Ирландии об избежании двойного налогообложения и предотвращении уклонения от налогообложения в отношении налогов на доходы и прирост стоимости имущества и Соглашения между Правительством Российской Федерации и Правительством Соединенного Королевства Великобритании и Северной Ирландии от 15 февраля 1994 года, заключенного в форме обмена нотами, о применении отдельных положений Конвенции РОССИЙСКАЯ ФЕДЕРАЦИЯ ФЕДЕРАЛЬНЫЙ ЗАКОН О ратификации Конвенции между Правительством Российской Федерации и Правительством Соединенного Королевства Великобритании и Северной Ирландии об избежании двойного налогообложения и предотвращении уклонения от налогообложения в отношении налогов на доходы и прирост стоимости имущества и Соглашения между Правительством Российской Федерации и Правительством Соединенного Королевства Великобритании и Северной Ирландии от 15 февраля 1994 года, заключенного в форме обмена нотами, о применении отдельных положений Конвенции Принят Государственной Думой 7 февраля 1997 года Одобрен Советом Федерации 5 марта 1997 года Ратифицировать Конвенцию между Правительством Российской Федерации и Правительством Соединенного Королевства Великобритании и Северной Ирландии об избежании двойного налогообложения и предотвращении уклонения от налогообложения в отношении налогов на доходы и прирост стоимости имущества, подписанную в городе Москве 15 февраля 1994 года, и Соглашение между Правительством Российской Федерации и Правительством Соединенного Королевства Великобритании и Северной Ирландии от 15 февраля 1994 года, заключенное в форме обмена нотами, о применении отдельных положений Конвенции. Президент Российской Федерации Б.Ельцин Москва, Кремль 19 марта 1997 года № 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