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19.03.1997 № 63-ФЗ</w:t>
      </w:r>
    </w:p>
    <w:p>
      <w:r>
        <w:t>О ратификации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 РОССИЙСКАЯ ФЕДЕРАЦИЯ ФЕДЕРАЛЬНЫЙ ЗАКОН О ратификации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 Принят Государственной Думой 21 февраля 1997 года Одобрен Советом Федерации 5 марта 1997 года Ратифицировать Соглашение между Правительством Российской Федерации и Правительством Кыргызской Республики о регулировании процесса переселения и защите прав переселенцев, подписанное в городе Бишкеке 18 июля 1995 года. Президент Российской Федерации Б.Ельцин Москва, Кремль 19 марта 1997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