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Казахстан об упрощенном порядке приобретения гражданства гражданами Российской Федерации, прибывающими для постоянного проживания в Республику Казахстан, и гражданами Республики Казахстан, прибывающими для постоянного проживания в Российскую Федерацию</w:t>
      </w:r>
    </w:p>
    <w:p>
      <w:r>
        <w:rPr>
          <w:b/>
        </w:rPr>
        <w:t>Статья None. Федеральный закон   от 26.05.1997 № 83-ФЗ</w:t>
      </w:r>
    </w:p>
    <w:p>
      <w:r>
        <w:t>О ратификации Соглашения между Российской Федерацией и Республикой Казахстан об упрощенном порядке приобретения гражданства гражданами Российской Федерации, прибывающими для постоянного проживания в Республику Казахстан, и гражданами Республики Казахстан, прибывающими для постоянного проживания в Российскую Федерацию РОССИЙСКАЯ ФЕДЕРАЦИЯ ФЕДЕРАЛЬНЫЙ ЗАКОН О ратификации Соглашения между Российской Федерацией и Республикой Казахстан об упрощенном порядке приобретения гражданства гражданами Российской Федерации, прибывающими для постоянного проживания в Республику Казахстан, и гражданами Республики Казахстан, прибывающими для постоянного проживания в Российскую Федерацию Принят Государственной Думой 25 апреля 1997 года Одобрен Советом Федерации 14 мая 1997 года Ратифицировать Соглашение между Российской Федерацией и Республикой Казахстан об упрощенном порядке приобретения гражданства гражданами Российской Федерации, прибывающими для постоянного проживания в Республику Казахстан, и гражданами Республики Казахстан, прибывающими для постоянного проживания в Российскую Федерацию, подписанное в городе Москве 20 января 1995 года. Президент Российской Федерации Б.Ельцин Москва, Кремль 26 мая 1997 года № 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