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Киргизской Республикой об упрощенном порядке приобретения гражданства гражданами Российской Федерации, прибывающими для постоянного проживания в Киргизскую Республику, гражданами Киргизской Республики, прибывающими для постоянного проживания в Российскую Федерацию, и выхода из прежнего гражданства</w:t>
      </w:r>
    </w:p>
    <w:p>
      <w:r>
        <w:rPr>
          <w:b/>
        </w:rPr>
        <w:t>Статья None. Федеральный закон   от 26.05.1997 № 84-ФЗ</w:t>
      </w:r>
    </w:p>
    <w:p>
      <w:r>
        <w:t>О ратификации Соглашения между Российской Федерацией и Киргизской Республикой об упрощенном порядке приобретения гражданства гражданами Российской Федерации, прибывающими для постоянного проживания в Киргизскую Республику, гражданами Киргизской Республики, прибывающими для постоянного проживания в Российскую Федерацию, и выхода из прежнего гражданства РОССИЙСКАЯ ФЕДЕРАЦИЯ ФЕДЕРАЛЬНЫЙ ЗАКОН О ратификации Соглашения между Российской Федерацией и Киргизской Республикой об упрощенном порядке приобретения гражданства гражданами Российской Федерации, прибывающими для постоянного проживания в Киргизскую Республику, гражданами Киргизской Республики, прибывающими для постоянного проживания в Российскую Федерацию, и выхода из прежнего гражданства Принят Государственной Думой 25 апреля 1997 года Одобрен Советом Федерации 14 мая 1997 года Ратифицировать Соглашение между Российской Федерацией и Киргизской Республикой об упрощенном порядке приобретения гражданства гражданами Российской Федерации, прибывающими для постоянного проживания в Киргизскую Республику, гражданами Киргизской Республики, прибывающими для постоянного проживания в Российскую Федерацию, и выхода из прежнего гражданства, подписанное в городе Москве 28 марта 1996 года. Президент Российской Федерации Б.Ельцин Москва, Кремль 26 мая 1997 года № 84-ФЗ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