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об укреплении доверия в военной области в районе границы</w:t>
      </w:r>
    </w:p>
    <w:p>
      <w:r>
        <w:rPr>
          <w:b/>
        </w:rPr>
        <w:t>Статья None. Федеральный закон   от 26.05.1997 № 87-ФЗ</w:t>
      </w:r>
    </w:p>
    <w:p>
      <w:r>
        <w:t>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об укреплении доверия в военной области в районе границы РОССИЙСКАЯ ФЕДЕРАЦИЯ ФЕДЕРАЛЬНЫЙ ЗАКОН О ратификации Соглашения между Российской Федерацией, Республикой Казахстан, Киргизской Республикой, Республикой Таджикистан и Китайской Народной Республикой об укреплении доверия в военной области в районе границы Принят Государственной Думой 18 апреля 1997 года Одобрен Советом Федерации 14 мая 1997 года Ратифицировать Соглашение между Российской Федерацией, Республикой Казахстан, Киргизской Республикой, Республикой Таджикистан и Китайской Народной Республикой об укреплении доверия в военной области в районе границы, подписанное в городе Шанхае 26 апреля 1996 года. Президент Российской Федерации Б.Ельцин Москва, Кремль 26 мая 1997 года № 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