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05.10.1997 № 128-ФЗ</w:t>
      </w:r>
    </w:p>
    <w:p>
      <w:r>
        <w:t>О ратификации Соглашения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 Принят Государственной Думой 12 сентября 1997 года Одобрен Советом Федерации 24 сентября 1997 года Ратифицировать Соглашение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доходы, подписанное в городе Хельсинки 4 мая 1996 года. Президент Российской Федерации Б.Ельцин Москва, Кремль 5 октября 1997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