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между Правительством Российской Федерации и Правительством Итальянской Республики об избежании двойного налогообложения в отношении налогов на доходы и капитал и предотвращении уклонения от налогообложения</w:t>
      </w:r>
    </w:p>
    <w:p>
      <w:r>
        <w:rPr>
          <w:b/>
        </w:rPr>
        <w:t>Статья None. Федеральный закон   от 05.10.1997 № 129-ФЗ</w:t>
      </w:r>
    </w:p>
    <w:p>
      <w:r>
        <w:t>О ратификации Конвенции между Правительством Российской Федерации и Правительством Итальянской Республики об избежании двойного налогообложения в отношении налогов на доходы и капитал и предотвращении уклонения от налогообложения РОССИЙСКАЯ ФЕДЕРАЦИЯ ФЕДЕРАЛЬНЫЙ ЗАКОН О ратификации Конвенции между Правительством Российской Федерации и Правительством Итальянской Республики об избежании двойного налогообложения в отношении налогов на доходы и капитал и предотвращении уклонения от налогообложения Принят Государственной Думой 12 сентября 1997 года Одобрен Советом Федерации 24 сентября 1997 года Ратифицировать Конвенцию между Правительством Российской Федерации и Правительством Итальянской Республики об избежании двойного налогообложения в отношении налогов на доходы и капитал и предотвращении уклонения от налогообложения, подписанную в городе Риме 9 апреля 1996 года. Президент Российской Федерации Б.Ельцин Москва, Кремль 5 октября 1997 года № 129-ФЗ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