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Французской Республики об избежании двойного налогообложения и предотвращении уклонения от налогов и нарушения налогового законодательства в отношении налогов на доходы и имущество</w:t>
      </w:r>
    </w:p>
    <w:p>
      <w:r>
        <w:rPr>
          <w:b/>
        </w:rPr>
        <w:t>Статья None. Федеральный закон   от 08.02.1998 № 18-ФЗ</w:t>
      </w:r>
    </w:p>
    <w:p>
      <w:r>
        <w:t>О ратификации Конвенции между Правительством Российской Федерации и Правительством Французской Республики об избежании двойного налогообложения и предотвращении уклонения от налогов и нарушения налогового законодательства в отношении налогов на доходы и имущество РОССИЙСКАЯ ФЕДЕРАЦИЯ ФЕДЕРАЛЬНЫЙ ЗАКОН О ратификации Конвенции между Правительством Российской Федерации и Правительством Французской Республики об избежании двойного налогообложения и предотвращении уклонения от налогов и нарушения налогового законодательства в отношении налогов на доходы и имущество Принят Государственной Думой 16 января 1998 года Одобрен Советом Федерации 28 января 1998 года Ратифицировать Конвенцию между Правительством Российской Федерации и Правительством Французской Республики об избежании двойного налогообложения и предотвращении уклонения от налогов и нарушения налогового законодательства в отношении налогов на доходы и имущество, подписанную в городе Париже 26 ноября 1996 года. Президент Российской Федерации Б.Ельцин Москва, Кремль 8 февраля 1998 года № 18-ФЗ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