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Ливанской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09.02.1998 № 23-ФЗ</w:t>
      </w:r>
    </w:p>
    <w:p>
      <w:r>
        <w:t>О ратификации Соглашения между Правительством Российской Федерации и Правительством Ливанской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Ливанской Республики о поощрении и взаимной защите капиталовложений Принят Государственной Думой 26 декабря 1997 года Одобрен Советом Федерации 28 января 1998 года Ратифицировать Соглашение между Правительством Российской Федерации и Правительством Ливанской Республики о поощрении и взаимной защите капиталовложений, подписанное в городе Москве 8 апреля 1997 года. Президент Российской Федерации Б.Ельцин Москва, Кремль 9 февраля 1998 года № 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