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об освобождении от уплаты таможенных пошлин, налогов и выдачи специальных разрешений за провоз нормативных документов, эталонов, средств измерений и стандартных образцов, провозимых с целью поверки и метрологической аттестации</w:t>
      </w:r>
    </w:p>
    <w:p>
      <w:r>
        <w:rPr>
          <w:b/>
        </w:rPr>
        <w:t>Статья None. Федеральный закон   от 12.02.1998 № 26-ФЗ</w:t>
      </w:r>
    </w:p>
    <w:p>
      <w:r>
        <w:t>О ратификации Соглашения об освобождении от уплаты таможенных пошлин, налогов и выдачи специальных разрешений за провоз нормативных документов, эталонов, средств измерений и стандартных образцов, провозимых с целью поверки и метрологической аттестации РОССИЙСКАЯ ФЕДЕРАЦИЯ ФЕДЕРАЛЬНЫЙ ЗАКОН О ратификации Соглашения об освобождении от уплаты таможенных пошлин, налогов и выдачи специальных разрешений за провоз нормативных документов, эталонов, средств измерений и стандартных образцов, провозимых с целью поверки и метрологической аттестации Принят Государственной Думой 26 декабря 1997 года Одобрен Советом Федерации 28 января 1998 года Ратифицировать Соглашение об освобождении от уплаты таможенных пошлин, налогов и выдачи специальных разрешений за провоз нормативных документов, эталонов, средств измерений и стандартных образцов, провозимых с целью поверки и метрологической аттестации, подписанное в городе Алматы 10 февраля 1995 года. Президент Российской Федерации Б.Ельцин Москва, Кремль 12 февраля 1998 года № 26-ФЗ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