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об упразднении принудительного труда</w:t>
      </w:r>
    </w:p>
    <w:p>
      <w:r>
        <w:rPr>
          <w:b/>
        </w:rPr>
        <w:t>Статья None. Федеральный закон   от 23.03.1998 № 35-ФЗ</w:t>
      </w:r>
    </w:p>
    <w:p>
      <w:r>
        <w:t>О ратификации Конвенции об упразднении принудительного труда РОССИЙСКАЯ ФЕДЕРАЦИЯ ФЕДЕРАЛЬНЫЙ ЗАКОН О ратификации Конвенции об упразднении принудительного труда Принят Государственной Думой 13 февраля 1998 года Одобрен Советом Федерации 13 марта 1998 года Ратифицировать Конвенцию об упразднении принудительного труда (Конвенция 105), принятую 40-й сессией Генеральной конференции Международной организации труда 25 июня 1957 года в городе Женеве. Президент Российской Федерации Б.Ельцин Москва, Кремль 23 марта 1998 года № 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