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Казахстан о военном сотрудничестве</w:t>
      </w:r>
    </w:p>
    <w:p>
      <w:r>
        <w:rPr>
          <w:b/>
        </w:rPr>
        <w:t>Статья None. Федеральный закон   от 26.03.1998 № 39-ФЗ</w:t>
      </w:r>
    </w:p>
    <w:p>
      <w:r>
        <w:t>О ратификации Договора между Российской Федерацией и Республикой Казахстан о военном сотрудничестве РОССИЙСКАЯ ФЕДЕРАЦИЯ ФЕДЕРАЛЬНЫЙ ЗАКОН О ратификации Договора между Российской Федерацией и Республикой Казахстан о военном сотрудничестве Принят Государственной Думой 20 февраля 1998 года Одобрен Советом Федерации 13 марта 1998 года Ратифицировать Договор между Российской Федерацией и Республикой Казахстан о военном сотрудничестве, подписанный в городе Москве 28 марта 1994 года. Президент Российской Федерации Б.Ельцин Москва, Кремль 26 марта 1998 года № 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