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Финляндской Республики о внесении изменений в Договор между Правительством Союза Советских Социалистических Республик и Правительством Финляндской Республики о режиме советско-финляндской государственной границы и о порядке урегулирования пограничных инцидентов</w:t>
      </w:r>
    </w:p>
    <w:p>
      <w:r>
        <w:rPr>
          <w:b/>
        </w:rPr>
        <w:t>Статья None. Федеральный закон   от 06.05.1998 № 72-ФЗ</w:t>
      </w:r>
    </w:p>
    <w:p>
      <w:r>
        <w:t>О ратификации Протокола между Правительством Российской Федерации и Правительством Финляндской Республики о внесении изменений в Договор между Правительством Союза Советских Социалистических Республик и Правительством Финляндской Республики о режиме советско-финляндской государственной границы и о порядке урегулирования пограничных инцидентов РОССИЙСКАЯ ФЕДЕРАЦИЯ ФЕДЕРАЛЬНЫЙ ЗАКОН О ратификации Протокола между Правительством Российской Федерации и Правительством Финляндской Республики о внесении изменений в Договор между Правительством Союза Советских Социалистических Республик и Правительством Финляндской Республики о режиме советско-финляндской государственной границы и о порядке урегулирования пограничных инцидентов Принят Государственной Думой 3 апреля 1998 года Одобрен Советом Федерации 22 апреля 1998 года Ратифицировать Протокол между Правительством Российской Федерации и Правительством Финляндской Республики о внесении изменений в Договор между Правительством Союза Советских Социалистических Республик и Правительством Финляндской Республики о режиме советско-финляндской государственной границы и о порядке урегулирования пограничных инцидентов, подписанный в городе Москве 12 мая 1997 года. Президент Российской Федерации Б.Ельцин Москва, Кремль 6 мая 1998 года № 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