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Кипр о передаче для отбывания наказания лиц, осужденных к лишению свободы</w:t>
      </w:r>
    </w:p>
    <w:p>
      <w:r>
        <w:rPr>
          <w:b/>
        </w:rPr>
        <w:t>Статья None. Федеральный закон   от 04.06.1998 № 83-ФЗ</w:t>
      </w:r>
    </w:p>
    <w:p>
      <w:r>
        <w:t>О ратификации Договора между Российской Федерацией и Республикой Кипр о передаче для отбывания наказания лиц, осужденных к лишению свободы РОССИЙСКАЯ ФЕДЕРАЦИЯ ФЕДЕРАЛЬНЫЙ ЗАКОН О ратификации Договора между Российской Федерацией и Республикой Кипр о передаче для отбывания наказания лиц, осужденных к лишению свободы Принят Государственной Думой 24 апреля 1998 года Одобрен Советом Федерации 20 мая 1998 года Ратифицировать Договор между Российской Федерацией и Республикой Кипр о передаче для отбывания наказания лиц, осужденных к лишению свободы, подписанный в городе Никосии 8 ноября 1996 года. Президент Российской Федерации Б.Ельцин Москва, Кремль 4 июня 1998 года № 83-ФЗ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