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Нидерландов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18.07.1998 № 104-ФЗ</w:t>
      </w:r>
    </w:p>
    <w:p>
      <w:r>
        <w:t>О ратификации Соглашения между Правительством Российской Федерации и Правительством Королевства Нидерландов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Королевства Нидерландов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3 июля 1998 года Одобрен Советом Федерации 9 июля 1998 года Ратифицировать Соглашение между Правительством Российской Федерации и Правительством Королевства Нидерландов об избежании двойного налогообложения и предотвращении уклонения от налогообложения в отношении налогов на доходы и имущество, подписанное в городе Москве 16 декабря 1996 года. Президент Российской Федерации Б.Ельцин Москва, Кремль 18 июля 1998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