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сертификации продукции и услуг"</w:t>
      </w:r>
    </w:p>
    <w:p>
      <w:r>
        <w:rPr>
          <w:b/>
        </w:rPr>
        <w:t>Статья 1. Внести в Закон Российской Федерации "О сертификации</w:t>
      </w:r>
    </w:p>
    <w:p>
      <w:r>
        <w:rPr>
          <w:b/>
        </w:rPr>
        <w:t xml:space="preserve">1. </w:t>
      </w:r>
      <w:r>
        <w:t>В тексте Закона слова "Госстандарт России" в соответствующих падежах заменить словами "специально уполномоченный федеральный орган исполнительной власти в области сертификации" в соответствующих падежах, слова "государственные органы управления Российской Федерации" и "государственные органы управления" в соответствующих падежах и числе заменить словами "федеральные органы исполнительной власти" в соответствующих падежах и числе; в статье 6 слова "Министерства внутренних дел Российской Федерации" заменить словами "федерального органа исполнительной власти в области внутренних дел", слова "с федеральным органом исполнительной власти в области стандартизации, метрологии и сертификации" заменить словами "со специально уполномоченным федеральным органом исполнительной власти в области сертификации"; в статье 14 слова "органом Российской Федерации", в статье 20 слова "органы государственного управления" заменить словами "федеральные органы исполнительной власти" в соответствующих падежах и числе; в статье 14 слова "Государственным таможенным комитетом Российской Федерации" заменить словами "федеральным органом исполнительной власти по таможенному делу"; в статье 16 слова "Министерством финансов Российской Федерации" заменить словами "федеральным органом исполнительной власти в области финансов"</w:t>
      </w:r>
    </w:p>
    <w:p>
      <w:r>
        <w:rPr>
          <w:b/>
        </w:rPr>
        <w:t xml:space="preserve">2. </w:t>
      </w:r>
      <w:r>
        <w:t>В статье 1: часть первую изложить в следующей редакции: "Сертификация продукции (далее - сертификация) - процедура подтверждения соответствия, посредством которой независимая от изготовителя (продавца, исполнителя) и потребителя (покупателя) организация удостоверяет в письменной форме, что продукция соответствует установленным требованиям."; в абзаце втором части второй слова "предприятий, учреждений," исключить</w:t>
      </w:r>
    </w:p>
    <w:p>
      <w:r>
        <w:rPr>
          <w:b/>
        </w:rPr>
        <w:t xml:space="preserve">3. </w:t>
      </w:r>
      <w:r>
        <w:t>В статье 4: в названии статьи слова "Комитета Российской Федерации по стандартизации, метрологии и сертификации" заменить словами "специально уполномоченного федерального органа исполнительной власти в области сертификации"; абзац первый изложить в следующей редакции: "Специально уполномоченный федеральный орган исполнительной власти в области сертификации в соответствии с настоящим Законом:"</w:t>
      </w:r>
    </w:p>
    <w:p>
      <w:r>
        <w:rPr>
          <w:b/>
        </w:rPr>
        <w:t xml:space="preserve">4. </w:t>
      </w:r>
      <w:r>
        <w:t>В статье 5: в пункте 1: в абзаце первом слова "предприятиями, учреждениями и" исключить</w:t>
      </w:r>
    </w:p>
    <w:p>
      <w:r>
        <w:rPr>
          <w:b/>
        </w:rPr>
        <w:t xml:space="preserve">5. </w:t>
      </w:r>
      <w:r>
        <w:t>В статье 7: пункт 1 дополнить абзацем вторым следующего содержания: "При обязательной сертификации действие сертификата и знака соответствия распространяется на всей территории Российской Федерации."; дополнить новым пунктом 4 следующего содержания: "4. Подтверждение соответствия может также проводиться посредством принятия изготовителем (продавцом, исполнителем) декларации о соответствии. Декларация о соответствии является документом, в котором изготовитель (продавец, исполнитель) удостоверяет, что поставляемая (продаваемая) им продукция соответствует установленным требованиям. Перечни продукции, соответствие которой может быть подтверждено декларацией о соответствии, требования к декларации о соответствии и порядок ее принятия утверждаются Правительством Российской Федерации. Декларация о соответствии, принятая в установленном порядке, регистрируется в органе по сертификации и имеет юридическую силу наравне с сертификатом."; пункт 4 считать пунктом 5</w:t>
      </w:r>
    </w:p>
    <w:p>
      <w:r>
        <w:rPr>
          <w:b/>
        </w:rPr>
        <w:t xml:space="preserve">6. </w:t>
      </w:r>
      <w:r>
        <w:t>Часть вторую статьи 8 изложить в следующей редакции: "Допускаются к проведению работ по обязательной сертификации организации независимо от их организационно-правовых форм и форм собственности, если они не являются изготовителями (продавцами, исполнителями) и потребителями (покупателями) сертифицируемой ими продукции, при условии их аккредитации в установленном порядке и наличии лицензий на проведение работ по обязательной сертификации."</w:t>
      </w:r>
    </w:p>
    <w:p>
      <w:r>
        <w:rPr>
          <w:b/>
        </w:rPr>
        <w:t xml:space="preserve">7. </w:t>
      </w:r>
      <w:r>
        <w:t>В статье 9 абзац одиннадцатый исключить</w:t>
      </w:r>
    </w:p>
    <w:p>
      <w:r>
        <w:rPr>
          <w:b/>
        </w:rPr>
        <w:t xml:space="preserve">8. </w:t>
      </w:r>
      <w:r>
        <w:t>В статье 11: дополнить новым абзацем вторым следующего содержания: "проводит идентификацию продукции, представленной для сертификации, в соответствии с правилами системы сертификации;"; абзац второй считать абзацем третьим; дополнить новым абзацем четвертым следующего содержания: "осуществляет в установленном порядке инспекционный контроль за сертифицированной продукцией;"</w:t>
      </w:r>
    </w:p>
    <w:p>
      <w:r>
        <w:rPr>
          <w:b/>
        </w:rPr>
        <w:t xml:space="preserve">9. </w:t>
      </w:r>
      <w:r>
        <w:t>В статье 12 слова "соответствующей системой сертификации" исключить</w:t>
      </w:r>
    </w:p>
    <w:p>
      <w:r>
        <w:rPr>
          <w:b/>
        </w:rPr>
        <w:t xml:space="preserve">10. </w:t>
      </w:r>
      <w:r>
        <w:t>В статье 13: абзац второй дополнить словами ", или декларации о соответствии, принятой в установленном порядке"; в абзаце четвертом слово "сертификации" заменить словами "сертификате или декларации о соответствии"; абзац пятый изложить в следующей редакции: "приостанавливать или прекращать реализацию продукции, если она не отвечает требованиям нормативных документов, на соответствие которым сертифицирована или подтверждена декларацией о соответствии, по истечении срока действия сертификата, декларации о соответствии или срока годности продукции, срока ее службы, а также в случае, если действие сертификата приостановлено либо отменено решением органа по сертификации;"</w:t>
      </w:r>
    </w:p>
    <w:p>
      <w:r>
        <w:rPr>
          <w:b/>
        </w:rPr>
        <w:t xml:space="preserve">11. </w:t>
      </w:r>
      <w:r>
        <w:t>Пункт 2 статьи 14 дополнить абзацем вторым следующего содержания: "В исключительных случаях Правительство Российской Федерации вправе вы давать разрешения на ввоз продукции, предназначенной для производственных нужд конкретной организации, без представления в таможенные органы сертификатов или свидетельств о признании сертификатов при условии последующей сертификации данной продукции на территории Российской Федерации."</w:t>
      </w:r>
    </w:p>
    <w:p>
      <w:r>
        <w:rPr>
          <w:b/>
        </w:rPr>
        <w:t xml:space="preserve">12. </w:t>
      </w:r>
      <w:r>
        <w:t>Статьи 17 и 18 изложить в следующей редакции: "С т а т ь я 17. Добровольная сертификация 1. Добровольная сертификация проводится по инициативе заявителей (изготовителей, продавцов, исполнителей) в целях подтверждения соответствия продукции требованиям стандартов, технических условий, рецептур и других документов, определяемых заявителем. Добровольная сертификация проводится на условиях договора между заявителем и органом по сертификации</w:t>
      </w:r>
    </w:p>
    <w:p>
      <w:r>
        <w:rPr>
          <w:b/>
        </w:rPr>
        <w:t xml:space="preserve">2. </w:t>
      </w:r>
      <w:r>
        <w:t>Добровольная сертификация продукции, подлежащей обязательной сертификации, не может заменить обязательную сертификацию такой продукции. С т а т ь я 18. Организация добровольной сертификации 1. Добровольная сертификация осуществляется органами по добровольной сертификации, входящими в систему добровольной сертификации, образованную любым юридическим лицом, зарегистрировавшим данную систему и знак соответствия в специально уполномоченном федеральном органе исполнительной власти в области сертификации в установленном им порядке. Органом по добровольной сертификации может быть юридическое лицо, образовавшее систему добровольной сертификации, а также юридическое лицо, взявшее на себя функции органа по добровольной сертификации на условиях договора с юридическим лицом, образовавшим данную систему. Орган по добровольной сертификации: осуществляет сертификацию продукции, выдает сертификаты, а также на условиях договора с заявителем предоставляет ему право на применение знака соответствия; приостанавливает либо отменяет действие выданных сертификатов</w:t>
      </w:r>
    </w:p>
    <w:p>
      <w:r>
        <w:rPr>
          <w:b/>
        </w:rPr>
        <w:t xml:space="preserve">2. </w:t>
      </w:r>
      <w:r>
        <w:t>Юридическое лицо, образовавшее систему добровольной сертификации, устанавливает правила проведения работ в системе сертификации, порядок оплаты таких работ и определяет участников системы добровольной сертификации</w:t>
      </w:r>
    </w:p>
    <w:p>
      <w:r>
        <w:rPr>
          <w:b/>
        </w:rPr>
        <w:t xml:space="preserve">3. </w:t>
      </w:r>
      <w:r>
        <w:t>Добровольная сертификация может проводиться также в системе обязательной сертификации, если это предусмотрено правилами системы обязательной сертификации и при наличии в данной системе зарегистрированного в установленном порядке знака соответствия добровольной сертификации."</w:t>
      </w:r>
    </w:p>
    <w:p>
      <w:r>
        <w:rPr>
          <w:b/>
        </w:rPr>
        <w:t>Статья 2. Настоящий Федеральный закон вступает в силу со дня</w:t>
      </w:r>
    </w:p>
    <w:p>
      <w:r>
        <w:t>его официального опубликования. Предложить Президенту Российской Федерации и поручить Правительству Российской Федерации привести в соответствие с настоящим Федеральным законом свои нормативные правовые акты.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