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Европейским космическим агентством относительно таможенного оформления и беспошлинного ввоза и вывоза товаров в рамках сотрудничества в исследовании и использовании космического пространства</w:t>
      </w:r>
    </w:p>
    <w:p>
      <w:r>
        <w:rPr>
          <w:b/>
        </w:rPr>
        <w:t>Статья None. Федеральный закон   от 26.11.1998 № 176-ФЗ</w:t>
      </w:r>
    </w:p>
    <w:p>
      <w:r>
        <w:t>О ратификации Соглашения между Правительством Российской Федерации и Европейским космическим агентством относительно таможенного оформления и беспошлинного ввоза и вывоза товаров в рамках сотрудничества в исследовании и использовании космического пространства РОССИЙСКАЯ ФЕДЕРАЦИЯ ФЕДЕРАЛЬНЫЙ ЗАКОН О ратификации Соглашения между Правительством Российской Федерации и Европейским космическим агентством относительно таможенного оформления и беспошлинного ввоза и вывоза товаров в рамках сотрудничества в исследовании и использовании космического пространства Принят Государственной Думой 23 октября 1998 года Одобрен Советом Федерации 12 ноября 1998 года Ратифицировать Соглашение между Правительством Российской Федерации и Европейским космическим агентством относительно таможенного оформления и беспошлинного ввоза и вывоза товаров в рамках сотрудничества в исследовании и использовании космического пространства, подписанное в городе Москве 18 ноября 1997 года. Президент Российской Федерации Б.Ельцин Москва, Кремль 26 ноября 1998 года № 176-ФЗ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