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гарантиях пенсионных прав жителей города Байконур Республики Казахстан</w:t>
      </w:r>
    </w:p>
    <w:p>
      <w:r>
        <w:rPr>
          <w:b/>
        </w:rPr>
        <w:t>Статья None. Федеральный закон   от 13.04.1999 № 73-ФЗ</w:t>
      </w:r>
    </w:p>
    <w:p>
      <w:r>
        <w:t>О ратификации Соглашения между Правительством Российской Федерации и Правительством Республики Казахстан о гарантиях пенсионных прав жителей города Байконур Республики Казахстан РОССИЙСКАЯ ФЕДЕРАЦИЯ ФЕДЕРАЛЬНЫЙ ЗАКОН О ратификации Соглашения между Правительством Российской Федерации и Правительством Республики Казахстан о гарантиях пенсионных прав жителей города Байконур Республики Казахстан Принят Государственной Думой 19 марта 1999 года Одобрен Советом Федерации 31 марта 1999 года Ратифицировать Соглашение между Правительством Российской Федерации и Правительством Республики Казахстан о гарантиях пенсионных прав жителей города Байконур Республики Казахстан, подписанное в городе Алма-Ате 27 апреля 1996 года. Президент Российской Федерации Б.Ельцин Москва, Кремль 13 апреля 1999 года № 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