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Федерацией, Республикой Казахстан, Киргизской Республикой, Республикой Таджикистан и Китайской Народной Республикой о взаимном сокращении вооруженных сил в районе границы</w:t>
      </w:r>
    </w:p>
    <w:p>
      <w:r>
        <w:rPr>
          <w:b/>
        </w:rPr>
        <w:t>Статья None. Федеральный закон   от 17.07.1999 № 180-ФЗ</w:t>
      </w:r>
    </w:p>
    <w:p>
      <w:r>
        <w:t>О ратификации Соглашения между Российской Федерацией, Республикой Казахстан, Киргизской Республикой, Республикой Таджикистан и Китайской Народной Республикой о взаимном сокращении вооруженных сил в районе границы РОССИЙСКАЯ ФЕДЕРАЦИЯ ФЕДЕРАЛЬНЫЙ ЗАКОН О ратификации Соглашения между Российской Федерацией, Республикой Казахстан, Киргизской Республикой, Республикой Таджикистан и Китайской Народной Республикой о взаимном сокращении вооруженных сил в районе границы Принят Государственной Думой 25 июня 1999 года Одобрен Советом Федерации 2 июля 1999 года Ратифицировать Соглашение между Российской Федерацией, Республикой Казахстан, Киргизской Республикой, Республикой Таджикистан и Китайской Народной Республикой о взаимном сокращении вооруженных сил в районе границы, подписанное в городе Москве 24 апреля 1997 года. Президент Российской Федерации Б.Ельцин Москва, Кремль 17 июля 1999 года № 180-ФЗ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