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Heading3"/>
      </w:pPr>
      <w:r>
        <w:t>1. ОБЩИЕ ПРИНЦИПЫ РАЗГРАНИЧЕНИЯ ПОЛНОМОЧИЙ МЕЖДУ ФЕДЕРАЛЬНЫМИ ОРГАНАМИ ГОСУДАРСТВЕННОЙ ВЛАСТИ И ОРГАНАМИ ГОСУДАРСТВЕННОЙ ВЛАСТИ СУБЪЕКТА РОССИЙСКОЙ ФЕДЕРАЦИИ</w:t>
      </w:r>
    </w:p>
    <w:p>
      <w:r>
        <w:rPr>
          <w:b/>
        </w:rPr>
        <w:t>Статья 261. Определение полномочий органов государственной власти субъекта Российской Федерации</w:t>
      </w:r>
    </w:p>
    <w:p>
      <w:r>
        <w:rPr>
          <w:b/>
        </w:rPr>
        <w:t xml:space="preserve">1. </w:t>
      </w:r>
      <w:r>
        <w:t>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 актами субъекта Российской Федерации</w:t>
      </w:r>
    </w:p>
    <w:p>
      <w:r>
        <w:rPr>
          <w:b/>
        </w:rPr>
        <w:t xml:space="preserve">2. </w:t>
      </w:r>
      <w:r>
        <w:t>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федеральными законами, договорами о разграничении полномочий и соглашениями, а также законами субъектов Российской Федерации. (В редакции Федерального закона от 31.12.2005 № 199-ФЗ)</w:t>
      </w:r>
    </w:p>
    <w:p>
      <w:r>
        <w:rPr>
          <w:b/>
        </w:rPr>
        <w:t xml:space="preserve">3. </w:t>
      </w:r>
      <w:r>
        <w:t>Полномочия, осуществляемые органами государственной власти субъекта Российской Федерации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r>
        <w:rPr>
          <w:b/>
        </w:rPr>
        <w:t xml:space="preserve">4. </w:t>
      </w:r>
      <w:r>
        <w:t>Федеральные законы, договоры о разграничении полномочий и соглашения,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государственной власти субъекта Российской Федерации, порядок и источники финансирования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самоуправления, а также должны соответствовать другим требованиям, установленным настоящим Федеральным законом. Указанные требования распространяются также на указы Президента Российской Федерации и постановления Правительства Российской Федерации</w:t>
      </w:r>
    </w:p>
    <w:p>
      <w:r>
        <w:rPr>
          <w:b/>
        </w:rPr>
        <w:t xml:space="preserve">41. </w:t>
      </w:r>
      <w:r>
        <w:t>В случае, если в соответствии с федеральным законом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Федерации и вступления в силу правовых актов субъектов Российской Федерации, регулирующих соответствующие правоотношения. Со дня вступления в силу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федеральных органов исполнительной власти, которыми урегулированы указанные правоотношения, не применяются. В случае, если в соответствии с федеральным законом полномочия органов государственной власти субъектов Российской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противоречащей законодательству Российской Федерации, до принятия федеральными органами государственной власти и вступления в силу правовых актов Российской Федерации, регулирующих соответствующие правоотношения. Со дня вступления в силу правовых актов Российской Федерации, регулирующих соответствующие правоотношения,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органов государственной власти субъектов Российской Федерации, которыми урегулированы указанные правоотношения, не применяются. (Дополнение пунктом - Федеральный закон от 05.02.2018 № 12-ФЗ)</w:t>
      </w:r>
    </w:p>
    <w:p>
      <w:r>
        <w:rPr>
          <w:b/>
        </w:rPr>
        <w:t xml:space="preserve">5. </w:t>
      </w:r>
      <w:r>
        <w:t>Органы государственной власти субъекта Российской Федерации вправе обратиться в Правительство Российской Федерации с предложением об установлении Правительством Российской Федерации особого порядка реализации отдельных полномочий, переданных органам государственной власти субъектов Российской Федерации в соответствии с пунктом 7 статьи 263 настоящего Федерального закона. Установление такого порядка допускается на определенный срок в целях совершенствования механизмов предоставления государственных услуг. (Дополнение пунктом - Федеральный закон от 25.12.2008 № 281-ФЗ)</w:t>
      </w:r>
    </w:p>
    <w:p>
      <w:r>
        <w:rPr>
          <w:b/>
        </w:rPr>
        <w:t xml:space="preserve">6. </w:t>
      </w:r>
      <w:r>
        <w:t>Особенности осуществления полномочий органов государственной власти субъекта Российской Федерации на территории инновационного центра "Сколково" устанавливаются Федеральным законом "Об инновационном центре "Сколково". (Дополнение пунктом - Федеральный закон от 28.09.2010 № 243-ФЗ)</w:t>
      </w:r>
    </w:p>
    <w:p>
      <w:r>
        <w:rPr>
          <w:b/>
        </w:rPr>
        <w:t xml:space="preserve">7. </w:t>
      </w:r>
      <w:r>
        <w:t>Особенности осуществления полномочий органов государственной власти субъекта Российской Федерации на территориях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 (Дополнение пунктом - Федеральный закон от 31.12.2014 № 519-ФЗ)</w:t>
      </w:r>
    </w:p>
    <w:p>
      <w:r>
        <w:rPr>
          <w:b/>
        </w:rPr>
        <w:t xml:space="preserve">8. </w:t>
      </w:r>
      <w:r>
        <w:t>Особенности осуществления полномочий органов государственной власти субъекта Российской Федерации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пунктом - Федеральный закон от 29.07.2017 № 216-ФЗ)</w:t>
      </w:r>
    </w:p>
    <w:p>
      <w:r>
        <w:rPr>
          <w:b/>
        </w:rPr>
        <w:t xml:space="preserve">9. </w:t>
      </w:r>
      <w:r>
        <w:t>Особенности осуществления отдельных полномочий органов государственной власти субъекта Российской Федерации в Арктической зоне Российской Федерации устанавливаются Федеральным законом "О государственной поддержке предпринимательской деятельности в Арктической зоне Российской Федерации". (Дополнение пунктом - Федеральный закон от 13.07.2020 № 194-ФЗ) (Дополнение статьей - Федеральный закон от 04.07.2003 № 95-ФЗ)</w:t>
      </w:r>
    </w:p>
    <w:p>
      <w:r>
        <w:rPr>
          <w:b/>
        </w:rPr>
        <w:t>Статья 262. Финансовое обеспечение осуществления полномочий органов государственной власти субъекта Российской Федерации по предметам ведения субъектов Российской Федерации</w:t>
      </w:r>
    </w:p>
    <w:p>
      <w:r>
        <w:t>Полномочия органов государственной власти субъекта Российской Федерации по предметам ведения субъектов Российской Федерации осуществляются данными органами самостоятельно за счет средств бюджета субъекта Российской Федерации (за исключением субвенций из федерального бюджета). (Дополнение статьей - Федеральный закон от 04.07.2003 № 95-ФЗ)</w:t>
      </w:r>
    </w:p>
    <w:p>
      <w:r>
        <w:rPr>
          <w:b/>
        </w:rPr>
        <w:t>Статья 263. Принципы финансового обеспечения осуществления органами государственной власти субъекта Российской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w:t>
      </w:r>
    </w:p>
    <w:p>
      <w:r>
        <w:t>(Наименование в редакции Федерального закона от 29.12.2006 № 258-ФЗ)</w:t>
      </w:r>
    </w:p>
    <w:p>
      <w:r>
        <w:rPr>
          <w:b/>
        </w:rPr>
        <w:t xml:space="preserve">1. </w:t>
      </w:r>
      <w:r>
        <w:t>Полномочия органов государственной власти субъекта Российской Федерации по предметам совместного ведения, установленным Конституцией Российской Федерации, указанные в пункте 2 настоящей статьи, осуществляются данными органами самостоятельно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финансироваться за счет средств федерального бюджета и государственных внебюджетных фондов Российской Федерации, в том числе в соответствии с федеральными целевыми программами. Особенности финансового обеспечения указанных полномочий за счет средств бюджетов государственных внебюджетных фондов Российской Федерации устанавливаются федеральными законами о конкретных видах обязательного социального страхования. (В редакции Федерального закона от 29.11.2010 № 313-ФЗ)</w:t>
      </w:r>
    </w:p>
    <w:p>
      <w:r>
        <w:rPr>
          <w:b/>
        </w:rPr>
        <w:t xml:space="preserve">2. </w:t>
      </w:r>
      <w:r>
        <w:t>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
        <w:rPr>
          <w:b/>
        </w:rPr>
        <w:t xml:space="preserve">21. </w:t>
      </w:r>
      <w:r>
        <w:t>Органы государственной власти субъекта Российской Федерации в пределах своих полномочий при решении вопросов социальной поддержки отдельных категорий граждан вправе устанавливать законами и иными нормативными правовыми актами субъекта Российской Федерации критерии нуждаемости. (Дополнение пунктом - Федеральный закон от 21.12.2013 № 371-ФЗ)</w:t>
      </w:r>
    </w:p>
    <w:p>
      <w:r>
        <w:rPr>
          <w:b/>
        </w:rPr>
        <w:t xml:space="preserve">22. </w:t>
      </w:r>
      <w:r>
        <w:t>Органы государственной власти субъекта Российской Федерации вправе разрабатывать, утверждать и реализовывать программу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в соответствии со статьей 111 Федерального закона от 21 декабря 1994 года № 68-ФЗ "О защите населения и территорий от чрезвычайных ситуаций природного и техногенного характера". (Дополнение пунктом - Федеральный закон от 03.08.2018 № 320-ФЗ)</w:t>
      </w:r>
    </w:p>
    <w:p>
      <w:r>
        <w:rPr>
          <w:b/>
        </w:rPr>
        <w:t xml:space="preserve">3. </w:t>
      </w:r>
      <w:r>
        <w:t>Для целей настоящей статьи под межмуниципальными объектами, программами, проектами понимаются объекты, программы, проекты, предназначенные для решения вопросов местного значения на территориях двух и более муниципальных районов, муниципальных округов, городских округов. (В редакции федеральных законов от 29.12.2006 № 258-ФЗ, от 26.05.2021 № 155-ФЗ)</w:t>
      </w:r>
    </w:p>
    <w:p>
      <w:r>
        <w:rPr>
          <w:b/>
        </w:rPr>
        <w:t xml:space="preserve">31. </w:t>
      </w:r>
      <w:r>
        <w:t>По вопросам, указанным в пункте 2 настоящей статьи, органы государственной власти субъекта Российской Федерации имеют право принимать законы и иные нормативные правовые акты вне зависимости от наличия в федеральных законах положений, устанавливающих указанное право, а также принимают государственные программы субъекта Российской Федерации в соответствии с требованиями бюджетного законодательства Российской Федерации. (Дополнение пунктом - Федеральный закон от 31.12.2005 № 199-ФЗ) (В редакции Федерального закона от 23.06.2014 № 165-ФЗ)</w:t>
      </w:r>
    </w:p>
    <w:p>
      <w:r>
        <w:rPr>
          <w:b/>
        </w:rPr>
        <w:t xml:space="preserve">4. </w:t>
      </w:r>
      <w:r>
        <w:t>По вопросам, указанным в пункте 2 настоящей статьи, могут приниматься федеральные законы. 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подпунктах 2, 9, 13, 21 и 37 пункта 2 настоящей статьи). (В редакции Федерального закона от 29.12.2006 № 258-ФЗ) Перечень полномочий органов государственной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(или) дополнений в пункт 2 настоящей статьи или в порядке, предусмотренном пунктом 5 настоящей статьи</w:t>
      </w:r>
    </w:p>
    <w:p>
      <w:r>
        <w:rPr>
          <w:b/>
        </w:rPr>
        <w:t xml:space="preserve">5. </w:t>
      </w:r>
      <w:r>
        <w:t>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пункте 2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федерального бюджета), если это не противоречит Конституции Российской Федерации и федеральным законам</w:t>
      </w:r>
    </w:p>
    <w:p>
      <w:r>
        <w:rPr>
          <w:b/>
        </w:rPr>
        <w:t xml:space="preserve">6. </w:t>
      </w:r>
      <w:r>
        <w:t>Законами субъекта Российской Федерации в порядке, определенном федеральным законом, устанавливающим общие принципы организации местного самоуправления в Российской Федерации, органы местного самоуправления могут наделяться отдельными государственными полномочиями субъекта Российской Федерации по решению вопросов, указанных в пункте 2 настоящей статьи (за исключением подпунктов 1, 2, 4, 6, 13, 22, 23, 32 - 36, 38 - 40, 42, 48, 52, 58 и подпункта 64 (кроме полномочий, передаваемых органам местного самоуправления муниципальных районов по сбору информации от поселений, входящих в муниципальный район, необходимой для ведения регистра муниципальных нормативных правовых актов) пункта 2 настоящей статьи), с передачей органам местного самоуправления необходимых материальных и финансовых ресурсов. (В редакции федеральных законов от 31.12.2005 № 199-ФЗ; от 29.12.2006 № 258-ФЗ; от 25.12.2008 № 281-ФЗ; от 30.11.2011 № 364-ФЗ)</w:t>
      </w:r>
    </w:p>
    <w:p>
      <w:r>
        <w:rPr>
          <w:b/>
        </w:rPr>
        <w:t xml:space="preserve">61. </w:t>
      </w:r>
      <w:r>
        <w:t>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 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от 6 октября 2003 года № 131-ФЗ "Об общих принципах организации местного самоуправления в Российской Федерации". (Дополнение пунктом - Федеральный закон от 27.05.2014 № 136-ФЗ)</w:t>
      </w:r>
    </w:p>
    <w:p>
      <w:r>
        <w:rPr>
          <w:b/>
        </w:rPr>
        <w:t xml:space="preserve">7. </w:t>
      </w:r>
      <w:r>
        <w:t>Полномочия Российской Федерации по предметам ведения Российской Федерации, а также полномочия Российской Федерации по предметам совместного ведения Российской Федерации и субъектов Российской Федерации, не предусмотренные пунктом 2 настоящей статьи, могут передаваться для осуществления органам государственной власти субъектов Российской Федерации федеральными законами. Финансовое обеспечение осуществления указанных отдельных полномочий, переданных органам государственной власти субъектов Российской Федерации, осуществляется за счет субвенций из федерального бюджета. В случаях, предусмотренных федеральным законом, финансовое обеспечение осуществления полномочий, переданных органам государственной власти субъектов Российской Федерации, может осуществляться за счет субвенций из бюджета Федерального фонда обязательного медицинского страхования.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определяющие: перечень переданных для осуществления органам государственной власти субъектов Российской Федерации полномочий (далее в настоящем пункте - переданные полномочия);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осуществлению переданных полномочий;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 представление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отчетности об осуществлении переданных полномочий; 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 (В редакции Федерального закона от 05.02.2018 № 12-ФЗ)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 (Дополнение абзацем - Федеральный закон от 05.02.2018 № 12-ФЗ) право выносить высшему исполнительному органу государственной власти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 право вносить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занимаемой должности его заместителей и руководителей соответствующих органов исполнительной власти субъекта Российской Федерации, ответственных за осуществление переданных полномочий, в случаях их ненадлежащего исполнения (неисполнения), которые подлежат рассмотрению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десятидневный срок. Федеральными законами, указанными в абзаце первом настоящего пункта, может предусматриваться право руководителей федеральных органов исполнительной власти, указанных в абзаце пятом настоящего пункта, давать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обязательные для исполнения указания по вопросам осуществления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 Федеральные законы, предусматривающие передачу отдельных полномочий Российской Федерации органам государственной власти субъектов Российской Федерации, могут содержать положения, определяющие: обязательность передачи в пользование либо в собственность субъектов Российской Федерации федерального имущества, закрепленного за территориальными органами федеральных органов исполнительной власти, осуществляющих переданные полномочия;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абзаце пятом настоящего пункта.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абзаце шестнадцатом настоящего пункта,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 (В редакции Федерального закона от 05.02.2018 № 12-ФЗ)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законы должны быть приняты не позднее чем за четыре месяца до его начала. Основания и порядок отмены актов органов исполнительной власти субъекта Российской Федерации, принятых по вопросам осуществления полномочий, переданных в соответствии с настоящим пунктом и пунктом 71 настоящей статьи, устанавливаются Правительством Российской Федерации. Правительство Российской Федерации вправе устанавливать показатели (критерии) оценки эффективности и качества осуществления органами исполнительной власти субъектов Российской Федерации полномочий, переданных в соответствии с настоящим пунктом и пунктом 71 настоящей статьи, применяемые федеральными органами исполнительной власти, указанными в абзаце пятом настоящего пункта. Органы государственной власти субъекта Российской Федерации имеют право дополнительно использовать собственные материальные ресурсы и финансовые средства для осуществления переданных полномочий в порядке, установленном законом субъекта Российской Федерации.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(Пункт в редакции Федерального закона от 13.07.2015 № 233-ФЗ)</w:t>
      </w:r>
    </w:p>
    <w:p>
      <w:r>
        <w:rPr>
          <w:b/>
        </w:rPr>
        <w:t xml:space="preserve">71. </w:t>
      </w:r>
      <w:r>
        <w:t>Полномочия Российской Федерации по предметам ведения Российской Федерации, а также полномочия Российской Федерации по предметам совместного ведения Российской Федерации и субъектов Российской Федерации, не переданные в соответствии с пунктом 7 настоящей статьи и отнесенные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субъектов Российской Федерации соответственно нормативными правовыми актами Президента Российской Федерации и нормативными правовыми актами Правительства Российской Федерации в установленном настоящим Федеральным законом порядке в случае, если возможность передачи осуществления таких полномочий предусмотрена федеральными законами, регулирующими правоотношения в соответствующей сфере деятельности. Объем полномочий федеральных органов исполнительной власти, которые предполагается передать нормативными правовыми актами Президента Российской Федерации и нормативными правовыми актами Правительства Российской Федерации, определяется исходя из полномочий федеральных органов исполнительной власти, закрепленных в устанавливающих сферу их деятельности нормативных правовых актах, и с учетом полномочий Российской Федерации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федеральными законами в порядке, предусмотренном пунктом 7 настоящей статьи. Передача органам исполнительной власти субъектов Российской Федерации осуществления полномочий федеральных органов исполнительной власти нормативными правовыми актами Президента Российской Федерации осуществляется по представлению Правительства Российской Федерации. Проект нормативного правового акта Президента Российской Федерации или проект нормативного правового акта Правительства Российской Федерации, предусматривающие передачу осуществления указанных в абзаце первом настоящего пункта полномочий федерального органа исполнительной власти, направляется Правительством Российской Федерации в законодательные (представительные) и высшие исполнительные органы государственной власти субъектов Российской Федерации для представления ими в тридцатидневный срок отзывов. Отзывы органов государственной власти субъектов Российской Федерации на соответствующий проект нормативного правового акта подлежат обязательному рассмотрению Правительством Российской Федерации.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полномочий федеральных органов исполнительной власти органам исполнительной власти субъектов Российской Федерации, должны содержать перечень передаваемых для осуществления органам исполнительной власти субъектов Российской Федерации полномочий с указанием федеральных органов исполнительной власти, полномочия которых передаются, а также положения, предусмотренные абзацами пятым, шестым, восьмым - двенадцатым пункта 7 настоящей статьи. (В редакции Федерального закона от 05.02.2018 № 12-ФЗ)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отдельных полномочий федеральных органов исполнительной власти органам исполнительной власти субъектов Российской Федерации, могут содержать положения, предусмотренные абзацами тринадцатым, пятнадцатым и шестнадцатым пункта 7 настоящей статьи. (В редакции Федерального закона от 05.02.2018 № 12-ФЗ) Сроки принятия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полномочий федеральных органов исполнительной власти, финансовое обеспечение осуществления указанных полномочий, а также возникающие при этом имущественные отношения определяются с соблюдением условий, установленных абзацами вторым, седьмым, семнадцатым, восемнадцатым и двадцать первым пункта 7, пунктами 8 и 9 настоящей статьи. (В редакции Федерального закона от 05.02.2018 № 12-ФЗ) Полномочия, переданные для осуществления органам исполнительной власти субъекта Российской Федерации в соответствии с настоящим пунктом, могут передаваться законом субъекта Российской Федерации для осуществления органам местного самоуправления,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передачу осуществления соответствующих полномочий. (Дополнение пунктом - Федеральный закон от 13.07.2015 № 233-ФЗ)</w:t>
      </w:r>
    </w:p>
    <w:p>
      <w:r>
        <w:rPr>
          <w:b/>
        </w:rPr>
        <w:t xml:space="preserve">72. </w:t>
      </w:r>
      <w:r>
        <w:t>Полномочия Российской Федерации по предметам ведения Российской Федерации и (или) полномочия Российской Федерации по предметам совместного ведения Российской Федерации и субъектов Российской Федерации,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(далее - переданные полномочия), помимо случаев, указанных в абзаце девятом пункта 7 настоящей статьи, могут быть изъяты у органов государственной власти отдельных субъектов Российской Федерации в следующих случаях: если осуществление переданных полномочий федеральными органами исполнительной власти на территориях соответствующих субъектов Российской Федерации необходимо для реализации мероприятий по обеспечению обороны страны и безопасности государства;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финансирование осуществления таких полномочий. (Дополнение пунктом - Федеральный закон от 05.02.2018 № 12-ФЗ)</w:t>
      </w:r>
    </w:p>
    <w:p>
      <w:r>
        <w:rPr>
          <w:b/>
        </w:rPr>
        <w:t xml:space="preserve">73. </w:t>
      </w:r>
      <w:r>
        <w:t>Изъятие у органов государственной власти отдельных субъектов Российской Федерации переданных полномочий в установленной сфере деятельности: 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 федерального органа исполнительной власти, руководство деятельностью которого осуществляет Правительство Российской Федерации, осуществляется нормативным правовым актом Правительства Российской Федерации. Изъятие переданных полномочий в случаях, указанных в абзаце девятом пункта 7 и абзацах втором - четвертом пункта 72 настоящей статьи, осуществляется при наличии представления (предложения) федерального органа исполнительной власти, уполномоченного в соответствии с абзацем пятым пункта 7 или абзацем пятым пункта 71 настоящей статьи. Изъятие переданных полномочий в случаях, указанных в абзацах третьем и четвертом пункта 72 настоящей статьи, также осуществляется на основании мотивированного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Изъятие переданных полномочий в случае, указанном в абзаце пятом пункта 72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Представление (предложение) федерального органа исполнительной власти, мотивированное обращение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совместное обращение руководителя федерального органа исполнительной власти 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указанные соответственно в абзацах четвертом - шестом настоящего пункта, рассматриваются в течение одного месяца со дня их поступления в адрес Президента Российской Федерации или Правительства Российской Федерации. В случаях, указанных в абзаце девятом пункта 7 и абзацах втором - четвертом пункта 72 настоящей статьи, изъятие переданных полномочий осуществляется на срок, необходимый соответственно для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указанных в абзацах втором и четвертом пункта 72 настоящей статьи задач, но не более чем на два года. 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решением Федерального фонда обязательного медицинского страхования. В случае,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осуществления изъятых полномочий. 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безвозмездной передаче в федеральную собственность в установленном федеральным законом порядке. Осуществление органами местного самоуправления в соответствии с законом субъекта Российской Федерации переданных полномочий в случаях, указанных в абзаце двадцать втором пункта 7 и абзаце восьмом пункта 71 настоящей статьи, прекращается со дня вступления в 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 (Дополнение пунктом - Федеральный закон от 05.02.2018 № 12-ФЗ)</w:t>
      </w:r>
    </w:p>
    <w:p>
      <w:r>
        <w:rPr>
          <w:b/>
        </w:rPr>
        <w:t xml:space="preserve">8. </w:t>
      </w:r>
      <w:r>
        <w:t>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субъекта Российской Федерации, а также осуществления дополнительных бюджетных инвестиций,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или субвенции не требуются по результатам расчета объема субвенций по методике, утверждаемой Правительством Российской Федерации в соответствии с федеральными законами. (В редакции Федерального закона от 29.12.2006 № 258-ФЗ) В этих случаях осуществление переданных полномочий производится в соответствии с положениями пункта 7 настоящей статьи, в том числе и в части использования собственных материальных ресурсов и финансовых средств субъектов Российской Федерации, за исключением случаев, когда эти полномочия были изъяты по основаниям и в порядке, установленным федеральными законами. (Дополнение абзацем - Федеральный закон от 29.12.2006 № 258-ФЗ)</w:t>
      </w:r>
    </w:p>
    <w:p>
      <w:r>
        <w:rPr>
          <w:b/>
        </w:rPr>
        <w:t xml:space="preserve">9. </w:t>
      </w:r>
      <w:r>
        <w:t>При передаче органам государственной власти субъектов Российской Федерации осуществления полномочий Российской Федерации по предметам ведения Российской Федерации и (или) полномочий Российской Федерации по предметам совместного ведения Российской Федерации и субъектов Российской Федерации, не предусмотренных пунктом 2 настоящей статьи и осуществляемых территориальными органами федеральных органов исполнительной власти, указанные территориальные органы федеральных органов исполнительной власти реорганизуются (в формах преобразования, выделения, присоединения, выделения с присоединением) в случаях, установленных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полномочий, в соответствии с законодательством Российской Федерации с учетом следующих особенностей: мероприятия по реорганизации территориальных органов федеральных органов исполнительной власти проводятся в сроки, обеспечивающие соблюдение предусмотренных законодательством Российской Федерации гарантий прав федеральных государственных гражданских служащих, работников и иных заинтересованных лиц, и завершаются не позднее дня вступления в силу положений федеральных законов,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соответствующих полномочий; федеральные государственные гражданские служащие, замещающие должности федеральной государственной гражданской службы в территориальных органах федеральных органов исполнительной власти, подлежащих реорганизации в связи с передачей осуществления полномочий Российской Федерации органам государственной власти субъектов Российской Федерации, в установленном законодательством Российской Федерации порядке уведомляются об изменении существенных условий служебного контракта и о возможности продолжения государственно-служебных отношений; территориальные органы федеральных органов исполнительной власти, подлежащие реорганизации в связи с передачей осуществления полномочий Российской Федерации органам государственной власти субъектов Российской Федерации, осуществляют передаваемые полномочия до дня вступления в силу положений федеральных законов,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соответствующих полномочий. Указанные федеральные законы, нормативные правовые акты Президента Российской Федерации и нормативные правовые акты Правительства Российской Федерации могут содержать иные положения, определяющие условия реорганизации территориальных органов федеральных органов исполнительной власти, осуществляющих полномочия, передаваемые органам государственной власти субъектов Российской Федерации, в том числе условия передачи в собственность субъекта Российской Федерации имущества, закрепленного за указанными территориальными органами, полномочия федерального органа исполнительной власти, территориальные органы которого подлежат реорганизации, по определению порядка реорганизации территориальных органов федерального органа исполнительной власти в органы исполнительной власти субъекта Российской Федерации,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включению в структуру исполнительных органов государственной власти субъекта Российской Федерации органа, образовавшегося в результате реорганизации территориального органа федерального органа исполнительной власти. (Дополнение пунктом - Федеральный закон от 29.12.2006 № 258-ФЗ) (В редакции Федерального закона от 13.07.2015 № 233-ФЗ) (Дополнение статьей - Федеральный закон от 04.07.2003 № 95-ФЗ)</w:t>
      </w:r>
    </w:p>
    <w:p>
      <w:r>
        <w:rPr>
          <w:b/>
        </w:rPr>
        <w:t xml:space="preserve">2. </w:t>
      </w:r>
      <w:r>
        <w:t>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p>
      <w:r>
        <w:rPr>
          <w:b/>
        </w:rPr>
        <w:t xml:space="preserve">2. </w:t>
      </w:r>
      <w:r>
        <w:t>организационного и материально-технического обеспечения проведения выборов в органы государственной власти субъекта Российской Федерации, референдумов субъекта Российской Федерации</w:t>
      </w:r>
    </w:p>
    <w:p>
      <w:r>
        <w:rPr>
          <w:b/>
        </w:rPr>
        <w:t xml:space="preserve">2. </w:t>
      </w:r>
      <w:r>
        <w:t>формирования и содержания архивных фондов субъекта Российской Федерации</w:t>
      </w:r>
    </w:p>
    <w:p>
      <w:r>
        <w:rPr>
          <w:b/>
        </w:rPr>
        <w:t xml:space="preserve">2. </w:t>
      </w:r>
      <w:r>
        <w:t>формирования и использования резервных фондов субъекта Российской Федерации для финансирования непредвиденных расходов</w:t>
      </w:r>
    </w:p>
    <w:p>
      <w:r>
        <w:rPr>
          <w:b/>
        </w:rPr>
        <w:t xml:space="preserve">2. </w:t>
      </w:r>
      <w:r>
        <w:t>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(В редакции Федерального закона от 25.11.2013 № 317-ФЗ) 51) предупреждения ситуаций, которые могут привести к нарушению функционирования систем жизнеобеспечения населения, и ликвидации их последствий; (Дополнение подпунктом - Федеральный закон от 31.12.2005 № 199-ФЗ) 6) передачи объектов собственности субъекта Российской Федерации в муниципальную собственность</w:t>
      </w:r>
    </w:p>
    <w:p>
      <w:r>
        <w:rPr>
          <w:b/>
        </w:rPr>
        <w:t xml:space="preserve">2. </w:t>
      </w:r>
      <w:r>
        <w:t>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 (В редакции федеральных законов от 29.12.2006 № 258-ФЗ; от 29.12.2014 № 458-ФЗ) 71)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утверждения порядка накопления (в том числе раздельного накопления) твердых коммунальных отходов, нормативов накопления твердых коммунальных отходов, предельных тарифов в области обращения с твердыми коммунальными отходами, утверждения территориальной схемы в сфере обращения с отходами, в том числе с твердыми коммунальными отходами; (Дополнение подпунктом - Федеральный закон от 29.12.2014 № 458-ФЗ) (В редакции Федерального закона от 31.12.2017 № 503-ФЗ) 72)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(Дополнение подпунктом - Федеральный закон от 29.12.2014 № 458-ФЗ) (В редакции Федерального закона от 31.12.2017 № 503-ФЗ) 8) создания и обеспечения охраны особо охраняемых природных территорий регионального значения; ведения Красной книги субъекта Российской Федерации; (В редакции федеральных законов от 29.12.2004 № 199-ФЗ; от 23.03.2007 № 37-ФЗ) 81) осуществления регионального государственного контроля (надзора) в области охраны и использования особо охраняемых природных территорий; (Дополнение подпунктом - Федеральный закон от 18.07.2011 № 242-ФЗ) (В редакции Федерального закона от 11.06.2021 № 170-ФЗ) 9) поддержки сельскохозяйственного производства (за исключением мероприятий, предусмотренных федеральными целевыми программами),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(В редакции федеральных законов от 18.10.2007 № 230-ФЗ; от 04.11.2014 № 328-ФЗ; от 29.06.2015 № 156-ФЗ) 91) поддержки социально ориентированных некоммерческих организаций, благотворительной деятельности и добровольчества (волонтерства), организации и осуществления региональных и межмуниципальных программ поддержки социально ориентированных некоммерческих организаций, благотворительной деятельности и добровольчества (волонтерства); (Дополнение подпунктом - Федеральный закон от 05.04.2010 № 40-ФЗ) (В редакции Федерального закона от 05.02.2018 № 15-ФЗ) 92) организации и осуществления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(Дополнение подпунктом - Федеральный закон от 29.06.2015 № 156-ФЗ) 93) организации и осуществления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18 июля 2011 года №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 (Дополнение подпунктом - Федеральный закон от 29.06.2015 № 156-ФЗ) 10) планирования использования земель сельскохозяйственного назначения, перевода земель сельскохозяйственного назначения, за исключением земель, находящихся в федеральной собственности, в другие категории земель; (В редакции Федерального закона от 29.12.2004 № 199-ФЗ) 101) резервирования земель, изъятия земельных участков для государственных нужд субъекта Российской Федерации; (Дополнение подпунктом - Федеральный закон от 10.05.2007 № 69-ФЗ) 11) осуществления дорожной деятельности в отношении автомобильных дорог регионального или межмуниципального значения, организации дорожного движения и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 (В редакции федеральных законов от 11.07.2011 № 192-ФЗ; от 29.12.2017 № 443-ФЗ) 111)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 (Дополнение подпунктом - Федеральный закон от 18.07.2011 № 242-ФЗ) (В редакции Федерального закона от 11.06.2021 № 170-ФЗ) 112) (Дополнение подпунктом - Федеральный закон от 29.12.2017 № 443-ФЗ) (Утратил силу - Федеральный закон от 11.06.2021 № 170-ФЗ) 12) организации транспортного обслуживания населения воздушным, водным, внеуличным, 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осуществления регионального государственного контроля (надзора) в сфере перевозок пассажиров и багажа легковым такси; (В редакции федеральных законов от 23.04.2012 № 34-ФЗ, от 29.12.2017 № 442-ФЗ, от 11.06.2021 № 170-ФЗ) 121)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 (Дополнение подпунктом - Федеральный закон от 19.07.2007 № 133-ФЗ) (В редакции федеральных законов от 18.10.2007 № 230-ФЗ; от 02.06.2016 № 159-ФЗ) 122)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 (Дополнение подпунктом - Федеральный закон от 25.11.2008 № 221-ФЗ) 13)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 (В редакции Федерального закона от 02.07.2013 № 185-ФЗ) 131)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(Дополнение подпунктом - Федеральный закон от 29.12.2004 № 199-ФЗ) (В редакции Федерального закона от 02.07.2013 № 185-ФЗ) 132)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подпункте 13 настоящего пункта; (Дополнение подпунктом - Федеральный закон от 28.02.2012 № 10-ФЗ) (В редакции Федерального закона от 02.07.2013 № 185-ФЗ) 14)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(В редакции Федерального закона от 02.07.2013 № 185-ФЗ) 141) организация предоставления дополнительного образования детей в государственных образовательных организациях субъектов Российской Федерации; (Дополнение подпунктом - Федеральный закон от 29.12.2004 № 199-ФЗ) (В редакции Федерального закона от 02.07.2013 № 185-ФЗ) 141-1)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 (Дополнение подпунктом - Федеральный закон от 02.07.2013 № 185-ФЗ) 142)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(Дополнение подпунктом - Федеральный закон от 29.02.2012 № 15-ФЗ) 143)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 (Дополнение подпунктом - Федеральный закон от 29.07.2018 № 267-ФЗ) 15)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 выявленных объектов культурного наследия, а также осуществления регионального государственного контроля (надзора) в области охраны объектов культурного наследия; (В редакции федеральных законов от 31.12.2005 № 199-ФЗ, от 22.10.2014 № 315-ФЗ, от 11.06.2021 № 170-ФЗ) 16) организации библиотечного обслуживания населения библиотеками субъекта Российской Федерации, комплектования и обеспечения сохранности их библиотечных фондов; (В редакции Федерального закона от 18.10.2007 № 230-ФЗ) 17) 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
    <w:p>
      <w:r>
        <w:rPr>
          <w:b/>
        </w:rPr>
        <w:t xml:space="preserve">2. </w:t>
      </w:r>
      <w:r>
        <w:t>организации и поддержки учреждений культуры и искусства (за исключением 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 19)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 20) поддержки региональных и местных национально-культурных автономий, поддержки изучения в образовательных организациях национальных языков и иных предметов этнокультурной направленности; (В редакции Федерального закона от 30.04.2021 № 117-ФЗ) 201) 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разработки и реализации региональных программ государственной поддержки, сохранения и развития языков и культуры народов Российской Федерации, проживающих на территории субъекта Российской Федерации, осуществления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коренных малочисленных народов и других национальных меньшинств,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(Дополнение подпунктом - Федеральный закон от 22.10.2013 № 284-ФЗ) (В редакции Федерального закона от 06.02.2019 № 3-ФЗ) 21)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(В редакции Федерального закона от 25.11.2013 № 317-ФЗ) 211) организации оказания медицинской помощи, предусмотренной законодательством субъекта Российской Федерации для определенных категорий граждан; (Дополнение подпунктом - Федеральный закон от 29.12.2006 № 258-ФЗ) 212)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подпунктами 5 и 21 настоящего пункта; (Дополнение подпунктом - Федеральный закон от 29.12.2006 № 258-ФЗ) (В редакции Федерального закона от 25.11.2013 № 317-ФЗ) 213) организации профилактики незаконного потребления наркотических средств и психотропных веществ, наркомании; (Дополнение подпунктом - Федеральный закон от 07.06.2013 № 120-ФЗ) 214)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Правила организации деятельности таких специализированных организаций, включая виды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подпунктом - Федеральный закон от 29.12.2020 № 464-ФЗ) 22) уплаты страховых взносов на обязательное медицинское страхование неработающего населения; (В редакции Федерального закона от 29.11.2010 № 313-ФЗ) 23) (Подпункт утратил силу - Федеральный закон от 25.11.2013 № 317-ФЗ) 24)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 помещений и коммунальных услуг; (В редакции федеральных законов от 29.12.2006 № 258-ФЗ, от 30.04.2021 № 117-ФЗ) 241) 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создания комиссий по делам несовершеннолетних и защите их прав и организации деятельности этих комиссий, создания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(Дополнение подпунктом - Федеральный закон от 31.12.2005 № 199-ФЗ) (В редакции Федерального закона от 15.11.2010 № 297-ФЗ) 242) организации и осуществления деятельности по опеке и попечительству; (Дополнение подпунктом - Федеральный закон от 29.12.2006 № 258-ФЗ) 243) организации и обеспечения отдыха и оздоровления детей (за исключением организации отдыха детей в каникулярное время), осуществления мероприятий по обеспечению безопасности жизни и здоровья детей в период их пребывания в организациях отдыха детей и их оздоровления, осуществления в пределах своих полномочий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осуществления иных полномочий, предусмотренных Федеральным законом от 24 июля 1998 года № 124-ФЗ "Об основных гарантиях прав ребенка в Российской Федерации"; (Дополнение подпунктом - Федеральный закон от 17.12.2009 № 326-ФЗ) (В редакции федеральных законов от 28.12.2016 № 465-ФЗ, от 16.10.2019 № 336-ФЗ, от 11.06.2021 № 170-ФЗ) 25) (Подпункт утратил силу - Федеральный закон от 29.12.2006 № 258-ФЗ) 26) предоставления служебных жилых помещений для государственных гражданских служащих субъекта Российской Федерации, работников государственных учреждений субъекта Российской Федерации</w:t>
      </w:r>
    </w:p>
    <w:p>
      <w:r>
        <w:rPr>
          <w:b/>
        </w:rPr>
        <w:t xml:space="preserve">2. </w:t>
      </w:r>
      <w:r>
        <w:t>материально-технического и финансового обеспечения оказания юридической помощи адвокатами в труднодоступных и малонаселенных местностях в соответствии с Федеральным законом от 31 мая 2002 года № 63-ФЗ "Об адвокатской деятельности и адвокатуре в Российской Федерации", определения размера, порядка оплаты труда адвокатов, оказывающих бесплатную юридическую помощь гражданам Российской Федерации в рамках государственной системы бесплатной юридической помощи, и компенсаций их расходов на оказание такой помощи, а также учреждения, материально-технического и финансового обеспечения деятельности государственных юридических бюро в соответствии с Федеральным законом "О бесплатной юридической помощи в Российской Федерации"; (В редакции Федерального закона от 21.11.2011 № 326-ФЗ) 28)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 (В редакции Федерального закона от 31.12.2005 № 199-ФЗ) 29)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(В редакции Федерального закона от 18.10.2007 № 230-ФЗ) 30) организации развития национальных видов спорта, организации и проведения официальных региональных и межмуниципальных физкультурных мероприятий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осуществления региональных и межмуниципальных программ и проектов в области физической культуры и спорта, развития детско-юношеского спорта, реализации мер по развитию физической культуры и спорта инвалидов, лиц с ограниченными возможностями здоровья, создания региональных центров спортивной подготовки и обеспечения их деятельности, присвоения спортивных разрядов и соответствующих квалификационных категорий тренеров, квалификационных категорий специалистов в области физической 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государственной аккредитации региональных спортивных федераций; (В редакции Федерального закона от 30.12.2020 № 524-ФЗ) 301) создания благоприятных условий для развития туризма в субъекте Российской Федерации; (Дополнение подпунктом - Федеральный закон от 15.11.2010 № 296-ФЗ) 31) осуществления полномочий в области пожарной безопасности, предусмотренных Федеральным законом от 21 декабря 1994 года № 69-ФЗ "О пожарной безопасности"; (В редакции Федерального закона от 22.12.2020 № 454-ФЗ) 32) заключения внешнеэкономических соглашений субъекта Российской Федерации</w:t>
      </w:r>
    </w:p>
    <w:p>
      <w:r>
        <w:rPr>
          <w:b/>
        </w:rPr>
        <w:t xml:space="preserve">2. </w:t>
      </w:r>
      <w:r>
        <w:t>установления, изменения и отмены региональных налогов и сборов, а также установления налоговых ставок по федеральным налогам в соответствии с законодательством Российской Федерации о налогах и сборах</w:t>
      </w:r>
    </w:p>
    <w:p>
      <w:r>
        <w:rPr>
          <w:b/>
        </w:rPr>
        <w:t xml:space="preserve">2. </w:t>
      </w:r>
      <w:r>
        <w:t>привлечения субъектом Российской Федерации заемных средств, а также обслуживания и погашения внутренних и внешних долгов субъекта Российской Федерации</w:t>
      </w:r>
    </w:p>
    <w:p>
      <w:r>
        <w:rPr>
          <w:b/>
        </w:rPr>
        <w:t xml:space="preserve">2. </w:t>
      </w:r>
      <w:r>
        <w:t>наделения городских поселений статусом городского округа</w:t>
      </w:r>
    </w:p>
    <w:p>
      <w:r>
        <w:rPr>
          <w:b/>
        </w:rPr>
        <w:t xml:space="preserve">2. </w:t>
      </w:r>
      <w:r>
        <w:t>определения границ муниципальных образований в установленном порядке</w:t>
      </w:r>
    </w:p>
    <w:p>
      <w:r>
        <w:rPr>
          <w:b/>
        </w:rPr>
        <w:t xml:space="preserve">2. </w:t>
      </w:r>
      <w:r>
        <w:t>выравнивания бюджетной обеспеченности муниципальных образований в порядке, установленном федеральным законом</w:t>
      </w:r>
    </w:p>
    <w:p>
      <w:r>
        <w:rPr>
          <w:b/>
        </w:rPr>
        <w:t xml:space="preserve">2. </w:t>
      </w:r>
      <w:r>
        <w:t>учреждения печатного средства массовой информации 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(В редакции Федерального закона от 30.09.2013 № 264-ФЗ) 39)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 (В редакции Федерального закона от 15.11.2010 № 297-ФЗ) 40) материально-технического обеспечения деятельности мировых судей и оплаты труда работников аппарата мировых судей; (В редакции Федерального закона от 18.04.2018 № 76-ФЗ) 41) предоставления материальной и иной помощи для погребения</w:t>
      </w:r>
    </w:p>
    <w:p>
      <w:r>
        <w:rPr>
          <w:b/>
        </w:rPr>
        <w:t xml:space="preserve">2. </w:t>
      </w:r>
      <w:r>
        <w:t>утверждения схем территориального планирования субъекта Российской Федерации, утверждения документации по планировке территории для размещения объектов капитального строительства регионального значения, утверждения региональных нормативов градостроительного проектирования, выдачи разрешения на строительство объекта капитального строительства, направления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в случаях, предусмотренных Градостроительным кодексом Российской Федерации; (Дополнение подпунктом - Федеральный закон от 29.12.2004 № 191-ФЗ) (В редакции федеральных законов от 18.07.2011 № 224-ФЗ; от 18.07.2011 № 242-ФЗ; от 03.08.2018 № 340-ФЗ) 421)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 регионального государственного контроля (надзора) за деятельностью жилищно-строительных кооперативов, связанной с привлечением средств членов кооперативов для строительства многоквартирных домов; (Дополнение подпунктом - Федеральный закон от 18.07.2006 № 111-ФЗ) (В редакции Федерального закона от 11.06.2021 № 170-ФЗ) 422) осуществления регионального государственного строительного надзора в случаях, предусмотренных Градостроительным кодексом Российской Федерации; (Дополнение подпунктом - Федеральный закон от 18.07.2011 № 242-ФЗ) 43) осуществление предусмотренных законодательством Российской Федерации о недрах полномочий в сфере регулирования отношений недропользования на соответствующих территориях; (Дополнение подпунктом - Федеральный закон от 29.12.2004 № 199-ФЗ) (В редакции Федерального закона от 30.11.2011 № 364-ФЗ) 44) участия в урегулировании коллективных трудовых споров; (Дополнение подпунктом - Федеральный закон от 29.12.2004 № 199-ФЗ) 441) осуществления мероприятий в области охраны труда, предусмотренных трудовым законодательством; (Дополнение подпунктом - Федеральный закон от 22.07.2008 № 157-ФЗ) 442) осуществления уведомительной регистрации региональных соглашений, территориальных соглашений и коллективных договоров; (Дополнение подпунктом - Федеральный закон от 03.12.2012 № 234-ФЗ) 45) организации и осуществления на межмуниципальном и региональном уровне мероприятий по территориальной обороне и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организации и осуществления регионального государственного надзора в области защиты населения и территорий от чрезвычайных ситуаций и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(Дополнение подпунктом - Федеральный закон от 29.12.2004 № 199-ФЗ) (В редакции федеральных законов от 05.04.2013 № 55-ФЗ, от 14.10.2014 № 307-ФЗ, от 11.06.2021 № 170-ФЗ) 46) (Дополнение подпунктом - Федеральный закон от 29.12.2004 № 199-ФЗ) (Утратил силу - Федеральный закон от 18.10.2007 № 230-ФЗ) 47) осуществления международного сотрудничества в соответствии с законодательством Российской Федерации, в том числе приграничного сотрудничества, участия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 (Дополнение подпунктом - Федеральный закон от 29.12.2004 № 199-ФЗ) 48)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 (Дополнение подпунктом - Федеральный закон от 29.12.2004 № 199-ФЗ) 49) организации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 (Дополнение подпунктом - Федеральный закон от 29.12.2004 № 199-ФЗ) (В редакции федеральных законов от 30.03.2015 № 64-ФЗ; от 27.12.2018 № 498-ФЗ) 491) изъятия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 (Дополнение подпунктом - Федеральный закон от 21.07.2007 № 191-ФЗ) 492) (Дополнение подпунктом - Федеральный закон от 18.07.2011 № 242-ФЗ) (Утратил силу - Федеральный закон от 27.12.2019 № 447-ФЗ) 50) осуществления поиска и спасания людей во внутренних водах и в территориальном море Российской Федерации; (Дополнение подпунктом - Федеральный закон от 29.12.2004 № 199-ФЗ) 51) создания, содержания и организации деятельности аварийно-спасательных служб и аварийно-спасательных формирований; (Дополнение подпунктом - Федеральный закон от 29.12.2004 № 199-ФЗ) 511) организации и осуществления на территории субъекта Российской Федерации мероприятий по предупреждению терроризма и экстремизма, минимизации их последствий, за исключением вопросов, решение которых отнесено к ведению Российской Федерации; (Дополнение подпунктом - Федеральный закон от 27.07.2006 № 153-ФЗ) 512) поддержки граждан и их объединений, участвующих в охране общественного порядка; (Дополнение подпунктом - Федеральный закон от 02.04.2014 № 70-ФЗ) 52) создания по решению органов исполнительной власти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и обеспечения условий работникам созданных мобилизационных органов,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осуществления методического обеспечения этих мероприятий; (Дополнение подпунктом - Федеральный закон от 29.12.2004 № 199-ФЗ) 53) 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 (Дополнение подпунктом - Федеральный закон от 29.12.2004 № 199-ФЗ) (В редакции Федерального закона от 31.12.2005 № 199-ФЗ) 54) организации и обеспечения защиты исконной среды обитания и традиционного образа жизни коренных малочисленных народов Российской Федерации; (Дополнение подпунктом - Федеральный закон от 31.12.2005 № 199-ФЗ) 55) установления подлежащих государственному регулированию цен (тарифов) на товары (услуги) в соответствии с законодательством Российской Федерации; (Дополнение подпунктом - Федеральный закон от 31.12.2005 № 199-ФЗ) (В редакции Федерального закона от 18.07.2011 № 242-ФЗ) 551) осуществления регионального государственного надзора за применением подлежащих государственному регулированию цен (тарифов) на товары (услуги) в соответствии с законодательством Российской Федерации; (Дополнение подпунктом - Федеральный закон от 18.07.2011 № 242-ФЗ) 56) осуществления регионального государственного экологического контроля (надзора), регионального государственного геологического контроля (надзора); (Дополнение подпунктом - Федеральный закон от 31.12.2005 № 199-ФЗ) (В редакции Федерального закона от 11.06.2021 № 170-ФЗ) 57) осуществления регионального государственного надзора в области технического состояния и эксплуатации самоходных машин и других видов техники, аттракционов. Перечень требований к техническому состоянию и эксплуатации самоходных машин и других видов техники, аттракционов и порядок осуществления регионального государственного надзора в области технического состояния и эксплуатации самоходных машин и других видов техники, аттракционов устанавливаются Правительством Российской Федерации; (Дополнение подпунктом - Федеральный закон от 31.12.2005 № 199-ФЗ) (В редакции Федерального закона от 29.07.2018 № 245-ФЗ) 571) осуществления в установленном Правительством Российской Федерации порядке государственной регистрации самоходных машин и других видов техники, аттракционов; (Дополнение подпунктом - Федеральный закон от 29.07.2018 № 245-ФЗ) 58) осуществления региональных и межмуниципальных программ и мероприятий по работе с детьми и молодежью; (Дополнение подпунктом - Федеральный закон от 31.12.2005 № 199-ФЗ) 59) осуществления государственного мониторинга водных объектов, резервирования источников питьевого и хозяйственно-бытового водоснабжения, нормативно-правового регулирования отдельных вопросов в сфере водных отношений, полномочий собственника водных объектов в пределах, установленных водным законодательством Российской Федерации; (Дополнение подпунктом - Федеральный закон от 03.06.2006 № 73-ФЗ) (В редакции федеральных законов от 14.07.2008 № 118-ФЗ; от 18.07.2011 № 242-ФЗ; от 21.11.2011 № 331-ФЗ) 60) утверждения порядка и нормативов заготовки гражданами древесины для собственных нужд, нормативно-правового регулирования отдельных вопросов в области лесных отношений, осуществления полномочий собственников лесных участков в пределах, установленных лесным законодательством; (Дополнение подпунктом - Федеральный закон от 04.12.2006 № 201-ФЗ) 61) осуществления регионального государственного жилищного надзора, регулирования отношений в сфере обеспечения проведения капитального ремонта общего имущества в многоквартирных домах, осуществления лицензирования предпринимательской деятельности по управлению многоквартирными домами, осуществления регионального государственного лицензионного контроля за осуществлением предпринимательской деятельностью по управлению многоквартирными домами; (Дополнение подпунктом - Федеральный закон от 18.10.2007 № 230-ФЗ) (В редакции федеральных законов от 18.07.2011 № 242-ФЗ, от 25.12.2012 № 271-ФЗ, от 21.07.2014 № 255-ФЗ, от 11.06.2021 № 170-ФЗ) 62) организация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 (Дополнение подпунктом - Федеральный закон от 18.10.2007 № 230-ФЗ) (В редакции Федерального закона от 02.07.2013 № 185-ФЗ) 63) 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субъекта Российской Федерации; (Дополнение подпунктом - Федеральный закон от 18.10.2007 № 230-ФЗ) (В редакции федеральных законов от 02.07.2013 № 185-ФЗ; от 30.03.2015 № 63-ФЗ) 64) организации и ведения регистра муниципальных нормативных правовых актов; (Дополнение подпунктом - Федеральный закон от 25.12.2008 № 281-ФЗ) 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 (Дополнение подпунктом - Федеральный закон от 23.11.2009 № 261-ФЗ) 66) (Дополнение подпунктом - Федеральный закон от 23.11.2009 № 261-ФЗ) (Утратил силу - Федеральный закон от 18.07.2011 № 242-ФЗ) 67) реализации полномочий в сфере теплоснабжения, предусмотренных Федеральным законом "О теплоснабжении", в том числе согласование отнесения поселения, муниципального округа, городского округа, находящихся на территории субъекта Российской Федерации, к ценовой зоне теплоснабжения, а также осуществления регионального государственного контроля (надзора) в области регулирования цен (тарифов) в сфере теплоснабжения; (Дополнение подпунктом - Федеральный закон от 27.07.2010 № 191-ФЗ) (В редакции федеральных законов от 29.07.2017 № 279-ФЗ, от 26.05.2021 № 155-ФЗ, от 11.06.2021 № 170-ФЗ) 671) реализации полномочий в сфере водоснабжения и водоотведения, предусмотренных Федеральным законом "О водоснабжении и водоотведении", в том числе осуществления регионального государственного контроля (надзора) в области регулирования тарифов в сфере водоснабжения и водоотведения; (Дополнение подпунктом - Федеральный закон от 07.12.2011 № 417-ФЗ) (В редакции Федерального закона от 11.06.2021 № 170-ФЗ) 68) обеспечения гарантий равенства политических партий, представленных в законодательном (представительном) органе государственной власти субъекта Российской Федерации, при освещении их деятельности региональными телеканалами и радиоканалами; (Дополнение подпунктом - Федеральный закон от 04.10.2010 № 261-ФЗ) 69) реализации государственной политики в области торговой деятельности на территории субъекта Российской Федерации,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разработки и реализации мероприятий, содействующих развитию торговой деятельности на территории субъекта Российской Федерации, и осуществления иных полномочий, предусмотренных Федеральным законом от 28 декабря 2009 года № 381-ФЗ "Об основах государственного регулирования торговой деятельности в Российской Федерации"; (Дополнение подпунктом - Федеральный закон от 23.12.2010 № 369-ФЗ) 70) принятия мер по организации проведения технического осмотра транспортных средств и осуществления мониторинга за исполнением законодательства Российской Федерации в области технического осмотра транспортных средств; (Дополнение подпунктом - Федеральный закон от 01.07.2011 № 170-ФЗ) (В редакции Федерального закона от 14.10.2014 № 307-ФЗ) 701) 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(Дополнение подпунктом - Федеральный закон от 11.06.2021 № 170-ФЗ) 71) утверждения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 (Дополнение подпунктом - Федеральный закон от 01.07.2011 № 170-ФЗ) 72) (Дополнение подпунктом - Федеральный закон от 18.07.2011 № 242-ФЗ) (Утратил силу - Федеральный закон от 28.12.2013 № 416-ФЗ) 73) создания искусственного земельного участка в соответствии с федеральным законом; (Дополнение подпунктом - Федеральный закон от 19.07.2011 № 246-ФЗ) 74) организации и обеспечения деятельности общественной палаты субъекта Российской Федерации; (Дополнение подпунктом - Федеральный закон от 03.07.2016 № 289-ФЗ) 75) осуществления полномочий в области содействия занятости населения, предусмотренных Законом Российской Федерации от 19 апреля 1991 года № 1032-I "О занятости населения в Российской Федерации"; (Дополнение подпунктом - Федеральный закон от 30.11.2011 № 361-ФЗ) 76) 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от 25 июля 2002 года № 115-ФЗ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 (Дополнение подпунктом - Федеральный закон от 03.12.2012 № 244-ФЗ) (В редакции федеральных законов от 12.03.2014 № 28-ФЗ; от 27.12.2018 № 528-ФЗ) 77) организации деятельности многофункциональных центров предоставления государственных и муниципальных услуг в соответствии с Федеральным законом от 27 июля 2010 года № 210-ФЗ "Об организации предоставления государственных и муниципальных услуг"; (Дополнение подпунктом - Федеральный закон от 21.12.2013 № 359-ФЗ) 78) осуществления предусмотренных Федеральным законом от 21 июля 1997 года № 117-ФЗ "О безопасности гидротехнических сооружений" полномочий в области безопасности гидротехнических сооружений; (Дополнение подпунктом - Федеральный закон от 28.12.2013 № 445-ФЗ) 79) создания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 такой оценки; (Дополнение подпунктом - Федеральный закон от 21.07.2014 № 256-ФЗ) (В редакции Федерального закона от 05.12.2017 № 392-ФЗ) 80) осуществления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 (Дополнение подпунктом - Федеральный закон от 23.06.2016 № 197-ФЗ) 81) организации и осуществления стратегического планирования в субъекте Российской Федерации в соответствии с Федеральным законом от 28 июня 2014 года № 172-ФЗ "О стратегическом планировании в Российской Федерации"; (Дополнение подпунктом - Федеральный закон от 30.10.2017 № 299-ФЗ) 82) осуществления полномочий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осуществления регионального государственного контроля (надзора) в области обращения с животными; (Дополнение подпунктом - Федеральный закон от 27.12.2018 № 498-ФЗ) (В редакции Федерального закона от 11.06.2021 № 170-ФЗ) 83) осуществления полномочий в сфере промышленной политики, предусмотренных Федеральным законом от 31 декабря 2014 года № 488-ФЗ "О промышленной политике в Российской Федерации"; (Дополнение подпунктом - Федеральный закон от 18.03.2019 № 36-ФЗ) 84) осуществления полномочий в сфере увековечения памяти погибших при защите Отечества, предусмотренных Законом Российской Федерации от 14 января 1993 года № 4292-I "Об увековечении памяти погибших при защите Отечества"; (Дополнение подпунктом - Федеральный закон от 30.04.2021 № 119-ФЗ) 85) утверждения предусмотренного Федеральным законом от 19 мая 1995 года № 80-ФЗ "Об увековечении Победы советского народа в Великой Отечественной войне 1941 - 1945 годов"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(Дополнение подпунктом - Федеральный закон от 30.04.2021 № 119-ФЗ) 86) осуществления регионального государственного контроля (надзора) за организацией и проведением азартных игр в субъектах Российской Федерации, на территориях которых расположены игорные зоны; (Дополнение подпунктом - Федеральный закон от 11.06.2021 № 170-ФЗ) 87) осуществления регионального государственного контроля (надзора) в области розничной продажи алкогольной и спиртосодержащей продукции; (Дополнение подпунктом - Федеральный закон от 11.06.2021 № 170-ФЗ) 88) осуществления регионального государственного контроля (надзора) за соблюдением законодательства об архивном деле; (Дополнение подпунктом - Федеральный закон от 11.06.2021 № 170-ФЗ) 89) осуществления регионального государственного контроля (надзора) за плательщиками курортного сбора и операторами курортного сбора; (Дополнение подпунктом - Федеральный закон от 11.06.2021 № 170-ФЗ) 90) осуществления регионального государственного контроля (надзора) за приемом на работу инвалидов в пределах установленной квоты; (Дополнение подпунктом - Федеральный закон от 11.06.2021 № 170-ФЗ) 91) осуществления регионального государственного контроля (надзора) в сфере социального обслуживания; (Дополнение подпунктом - Федеральный закон от 11.06.2021 № 170-ФЗ) 92) осуществления регионального государственного контроля (надзора) в сферах естественных монополий; (Дополнение подпунктом - Федеральный закон от 11.06.2021 № 170-ФЗ) 93) осуществления регионального государственного контроля (надзора) за состоянием Музейного фонда Российской Федерации; (Дополнение подпунктом - Федеральный закон от 11.06.2021 № 170-ФЗ) 94) осуществления регионального государственного контроля (надзора) в области регулирования тарифов в сфере обращения с твердыми коммунальными отходами; (Дополнение подпунктом - Федеральный закон от 11.06.2021 № 170-ФЗ) 95)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 (Дополнение подпунктом - Федеральный закон от 11.06.2021 № 170-ФЗ) 96) осуществления регионального государственного контроля (надзора) за регулируемыми государством ценами (тарифами) в электроэнергетике; (Дополнение подпунктом - Федеральный закон от 11.06.2021 № 170-ФЗ) 97) 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(Дополнение подпунктом - Федеральный закон от 11.06.2021 № 170-ФЗ)</w:t>
      </w:r>
    </w:p>
    <w:p>
      <w:r>
        <w:rPr>
          <w:b/>
        </w:rPr>
        <w:t>Статья 263-1. Участие органов государственной власти субъектов Российской Федерации в осуществлении полномочий по предметам ведения Российской Федерации, а также полномочий по предметам совместного ведения</w:t>
      </w:r>
    </w:p>
    <w:p>
      <w:r>
        <w:t>Органы государственной власти субъекта Российской Федерации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в соответствии с пунктами 7 и 71 статьи 263 настоящего Федерального закона, с осуществлением расходов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если это участие предусмотрено федеральными законами. Указанные федеральные законы могут содержать положения, предусматривающие: (В редакции Федерального закона от 13.07.2015 № 233-ФЗ) порядок согласования участия органов государственной власти субъектов Российской Федерации в осуществлении указанных полномочий, а также особенности такого участия; (В редакции Федерального закона от 18.10.2007 № 230-ФЗ) возможность и пределы правового регулирования органами государственной власти Российской Федерации указанных полномочий. Органы государственной власти субъекта Российской Федерации вправе осуществлять расходы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а также полномочий по предметам совместного ведения по решению вопросов, не указанных в пункте 2 статьи 263 настоящего Федерального закона, если возможность осуществления таких расходов предусмотрена федеральными законами.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 (В редакции Федерального закона от 21.12.2013 № 371-ФЗ) Финансирование полномочий, предусмотренное настоящей статьей, не является обязанностью субъекта Российской Федерации, осуществляется при наличии возможности и не является основанием для выделения дополнительных средств из федерального бюджета. (Дополнение статьей - Федеральный закон от 31.12.2005 № 199-ФЗ)</w:t>
      </w:r>
    </w:p>
    <w:p>
      <w:r>
        <w:rPr>
          <w:b/>
        </w:rPr>
        <w:t>Статья 263-2</w:t>
      </w:r>
    </w:p>
    <w:p>
      <w:r>
        <w:t>(Дополнение статьей - Федеральный закон от 29.12.2006 № 258-ФЗ) (Утратила силу - Федеральный закон от 21.12.2021 № 414-ФЗ)</w:t>
      </w:r>
    </w:p>
    <w:p>
      <w:r>
        <w:rPr>
          <w:b/>
        </w:rPr>
        <w:t>Статья 263-3. Оценка регулирующего воздействия проектов нормативных правовых актов субъектов Российской Федерации. Установление и оценка применения обязательных требований, содержащихся в нормативных правовых актах субъектов Российской Федерации, экспертиза нормативных правовых актов субъектов Российской Федерации</w:t>
      </w:r>
    </w:p>
    <w:p>
      <w:r>
        <w:rPr>
          <w:b/>
        </w:rPr>
        <w:t xml:space="preserve">1. </w:t>
      </w:r>
      <w:r>
        <w:t>Оценке регулирующего воздействия подлежат проекты нормативных правовых актов субъектов Российской Федерации:</w:t>
      </w:r>
    </w:p>
    <w:p>
      <w:r>
        <w:rPr>
          <w:b/>
        </w:rPr>
        <w:t xml:space="preserve">2. </w:t>
      </w:r>
      <w:r>
        <w:t>Порядок проведения оценки регулирующего воздействия проектов нормативных правовых актов субъектов Российской Федерации (далее - оценка регулирующего воздействия) устанавливается нормативными правовыми актами субъектов Российской Федерации</w:t>
      </w:r>
    </w:p>
    <w:p>
      <w:r>
        <w:rPr>
          <w:b/>
        </w:rPr>
        <w:t xml:space="preserve">3. </w:t>
      </w:r>
      <w:r>
        <w:t>Оценка регулирующего воздействия не проводится в отношении:</w:t>
      </w:r>
    </w:p>
    <w:p>
      <w:r>
        <w:rPr>
          <w:b/>
        </w:rPr>
        <w:t xml:space="preserve">4. </w:t>
      </w:r>
      <w:r>
        <w:t>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бюджетов субъектов Российской Федерации</w:t>
      </w:r>
    </w:p>
    <w:p>
      <w:r>
        <w:rPr>
          <w:b/>
        </w:rPr>
        <w:t xml:space="preserve">5. </w:t>
      </w:r>
      <w:r>
        <w:t>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
    <w:p>
      <w:r>
        <w:rPr>
          <w:b/>
        </w:rPr>
        <w:t xml:space="preserve">6. </w:t>
      </w:r>
      <w:r>
        <w:t>Нормативные правовые акты субъектов Российской Федерации, затрагивающие вопросы осуществления предпринимательской и инвестиционной деятельности, за исключением актов, определенных пунктом 5 настоящей статьи,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в порядке, установленном нормативными правовыми актами субъектов Российской Федерации. Решение о проведении экспертизы принимается в соответствии с порядком, установленным нормативным правовым актом субъекта Российской Федерации</w:t>
      </w:r>
    </w:p>
    <w:p>
      <w:r>
        <w:rPr>
          <w:b/>
        </w:rPr>
        <w:t xml:space="preserve">7. </w:t>
      </w:r>
      <w:r>
        <w:t>Методическое обеспечение деятельности по проведению оценки регулирующего воздействия проектов нормативных правовых актов субъектов Российской Федерации, оценки применения обязательных требований, устанавливаемых нормативными правовыми актами субъектов Российской Федерации, экспертизы, в том числе разработка методических рекомендаций по внедрению порядка проведения оценки регулирующего воздействия и порядка проведения процедуры оценки применения обязательных требований в субъектах Российской Федерации, осуществляется уполномоченным Правительством Российской Федерации федеральным органом исполнительной власти. (Дополнение статьей - Федеральный закон от 02.07.2013 № 176-ФЗ) (В редакции Федерального закона от 11.06.2021 № 170-ФЗ)</w:t>
      </w:r>
    </w:p>
    <w:p>
      <w:r>
        <w:rPr>
          <w:b/>
        </w:rPr>
        <w:t xml:space="preserve">1. </w:t>
      </w:r>
      <w:r>
        <w:t>устанавливающие новые, изменяющие или отменяющие ранее предусмотренные нормативными правовыми актами субъектов Российской Федерации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p>
      <w:r>
        <w:rPr>
          <w:b/>
        </w:rPr>
        <w:t xml:space="preserve">1. </w:t>
      </w:r>
      <w:r>
        <w:t>устанавливающие новые, изменяющие или отменяющие ранее предусмотренные нормативными правовыми актами субъектов Российской Федерации обязанности и запреты для субъектов предпринимательской и инвестиционной деятельности</w:t>
      </w:r>
    </w:p>
    <w:p>
      <w:r>
        <w:rPr>
          <w:b/>
        </w:rPr>
        <w:t xml:space="preserve">1. </w:t>
      </w:r>
      <w:r>
        <w:t>устанавливающие, изменяющие или отменяющие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иной экономической деятельности</w:t>
      </w:r>
    </w:p>
    <w:p>
      <w:r>
        <w:rPr>
          <w:b/>
        </w:rPr>
        <w:t xml:space="preserve">3. </w:t>
      </w:r>
      <w:r>
        <w:t>проектов законов субъектов Российской Федерации, устанавливающих, изменяющих, приостанавливающих, отменяющих региональные налоги, а также налоговые ставки по федеральным налогам</w:t>
      </w:r>
    </w:p>
    <w:p>
      <w:r>
        <w:rPr>
          <w:b/>
        </w:rPr>
        <w:t xml:space="preserve">3. </w:t>
      </w:r>
      <w:r>
        <w:t>проектов законов субъектов Российской Федерации, регулирующих бюджетные правоотношения</w:t>
      </w:r>
    </w:p>
    <w:p>
      <w:r>
        <w:rPr>
          <w:b/>
        </w:rPr>
        <w:t xml:space="preserve">3. </w:t>
      </w:r>
      <w:r>
        <w:t>проектов нормативных правовых актов субъектов Российской Федерации: 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 разработанных в целях ликвидации чрезвычайных ситуаций природного и техногенного характера на период действия режимов чрезвычайных ситуаций</w:t>
      </w:r>
    </w:p>
    <w:p>
      <w:r>
        <w:rPr>
          <w:b/>
        </w:rPr>
        <w:t>Статья 264</w:t>
      </w:r>
    </w:p>
    <w:p>
      <w:r>
        <w:t>(Дополнение статьей - Федеральный закон от 04.07.2003 № 95-ФЗ) (Утратила силу - Федеральный закон от 21.12.2021 № 414-ФЗ)</w:t>
      </w:r>
    </w:p>
    <w:p>
      <w:r>
        <w:rPr>
          <w:b/>
        </w:rPr>
        <w:t>Статья 265</w:t>
      </w:r>
    </w:p>
    <w:p>
      <w:r>
        <w:t>(Дополнение статьей - Федеральный закон от 04.07.2003 № 95-ФЗ) (Утратила силу - Федеральный закон от 29.12.2006 № 258-ФЗ)</w:t>
      </w:r>
    </w:p>
    <w:p>
      <w:r>
        <w:rPr>
          <w:b/>
        </w:rPr>
        <w:t>Статья 266. Разграничение полномочий между органами государственной власти края, области и органами государственной власти входящего в их состав автономного округа</w:t>
      </w:r>
    </w:p>
    <w:p>
      <w:r>
        <w:rPr>
          <w:b/>
        </w:rPr>
        <w:t xml:space="preserve">1. </w:t>
      </w:r>
      <w:r>
        <w:t>Полномочия, указанные в статье 262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2.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пункте 7 статьи 263 и статье 265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r>
        <w:rPr>
          <w:b/>
        </w:rPr>
        <w:t xml:space="preserve">3.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подпунктах 3, 5, 7 - 14, 21 - 24, 27 - 31, 34, 37, 40, 41 пункта 2 статьи 263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договором между органами государственной власти автономного округа и, соответственно, органами государственной власти края или области. (В редакции Федерального закона от 29.12.2006 № 258-ФЗ) (Дополнение статьей - Федеральный закон от 04.07.2003 № 95-ФЗ)</w:t>
      </w:r>
    </w:p>
    <w:p>
      <w:r>
        <w:rPr>
          <w:b/>
        </w:rPr>
        <w:t>Статья 267. Принципы и порядок заключения договоров о разграничении полномочий</w:t>
      </w:r>
    </w:p>
    <w:p>
      <w:r>
        <w:rPr>
          <w:b/>
        </w:rPr>
        <w:t xml:space="preserve">1. </w:t>
      </w:r>
      <w:r>
        <w:t>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 в которой указанными особенностями определено иное, чем это установлено федеральными законами, разграничение полномочий. В договоре о разграничении полномочий устанавливается перечень полномочий федеральных органов государственной власти и органов государственной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обязанности сторон, срок действия договора о разграничении полномочий и порядок продления данного срока, а также основания и порядок досрочного расторжения договора о разграничении полномочий</w:t>
      </w:r>
    </w:p>
    <w:p>
      <w:r>
        <w:rPr>
          <w:b/>
        </w:rPr>
        <w:t xml:space="preserve">2. </w:t>
      </w:r>
      <w:r>
        <w:t>Языком договора о разграничении полномочий является русский язык.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p>
      <w:r>
        <w:rPr>
          <w:b/>
        </w:rPr>
        <w:t xml:space="preserve">3. </w:t>
      </w:r>
      <w:r>
        <w:t>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соответствии с настоящим Федеральным законом</w:t>
      </w:r>
    </w:p>
    <w:p>
      <w:r>
        <w:rPr>
          <w:b/>
        </w:rPr>
        <w:t xml:space="preserve">4. </w:t>
      </w:r>
      <w:r>
        <w:t>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(представительный) орган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для одобрения. Проект договора о разграничении полномочий одобряется или отклоняется постановлением законодательного (представительного) органа государственной власти субъекта Российской Федерации, принимаемым большинством голосов от установленного числа депутатов.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сообщает о результатах рассмотрения проекта договора о разграничении полномочий в законодательном (представительном) органе государственной власти субъекта Российской Федерации Президенту Российской Федерации</w:t>
      </w:r>
    </w:p>
    <w:p>
      <w:r>
        <w:rPr>
          <w:b/>
        </w:rPr>
        <w:t xml:space="preserve">5. </w:t>
      </w:r>
      <w:r>
        <w:t>Орган государственной власти субъекта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w:t>
      </w:r>
    </w:p>
    <w:p>
      <w:r>
        <w:rPr>
          <w:b/>
        </w:rPr>
        <w:t xml:space="preserve">6. </w:t>
      </w:r>
      <w:r>
        <w:t>В случае внесения изменений и (или) дополнений в одобренный законодательным (представительным) органом государственной власти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одобрению в порядке, установленном в соответствии с пунктами 3 и 4 настоящей статьи</w:t>
      </w:r>
    </w:p>
    <w:p>
      <w:r>
        <w:rPr>
          <w:b/>
        </w:rPr>
        <w:t xml:space="preserve">7. </w:t>
      </w:r>
      <w:r>
        <w:t>Договор о разграничении полномочий подписывается Президентом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8. </w:t>
      </w:r>
      <w:r>
        <w:t>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полномочий</w:t>
      </w:r>
    </w:p>
    <w:p>
      <w:r>
        <w:rPr>
          <w:b/>
        </w:rPr>
        <w:t xml:space="preserve">9. </w:t>
      </w:r>
      <w:r>
        <w:t>Договор о разграничении полномочий вступает в силу со дня вступления в силу федерального закона об утверждении договора о разграничении полномочий, если указанным федеральным законом не установлено иное. Договор о разграничении полномочий имеет силу 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полномочий</w:t>
      </w:r>
    </w:p>
    <w:p>
      <w:r>
        <w:rPr>
          <w:b/>
        </w:rPr>
        <w:t xml:space="preserve">10. </w:t>
      </w:r>
      <w:r>
        <w:t>Срок действия договора о разграничении полномочий не может превышать десять лет</w:t>
      </w:r>
    </w:p>
    <w:p>
      <w:r>
        <w:rPr>
          <w:b/>
        </w:rPr>
        <w:t xml:space="preserve">11. </w:t>
      </w:r>
      <w:r>
        <w:t>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 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разграничении полномочий. Расторжение договора о разграничении полномочий по инициативе одной из сторон возможно в случае установленного вступившим в силу решением федерального суда нарушения другой стороной положений договора о разграничении полномочий. Решение федерального суда является основанием для принятия Президентом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 расторжении договора о разграничении полномочий по инициативе одной из сторон. Решение о расторжении договора о разграничении полномочий по инициативе одной из сторон может приниматься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 (Дополнение статьей - Федеральный закон от 04.07.2003 № 95-ФЗ)</w:t>
      </w:r>
    </w:p>
    <w:p>
      <w:r>
        <w:rPr>
          <w:b/>
        </w:rPr>
        <w:t>Статья 268. Принципы и порядок заключения соглашений</w:t>
      </w:r>
    </w:p>
    <w:p>
      <w:r>
        <w:rPr>
          <w:b/>
        </w:rPr>
        <w:t xml:space="preserve">1. </w:t>
      </w:r>
      <w:r>
        <w:t>Федеральные органы исполнительной власти по соглашению с исполнительными органами государственной власти субъекта Российской Федерации могут передавать им осуществление части своих полномочий, если это не противоречит Конституции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возложено федеральным законом в равной мере на исполнительные органы государственной власти субъекта Российской Федерации. Исполнительные органы государственной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 Федеральные органы исполнительной власти, передавшие путем заключения соглашений осуществление части своих полномочий соответствующим исполнительным органам государственной власти субъекта Российской Федерации, контролируют соблюдение условий этих соглашений и несут ответственность за ненадлежащее осуществление части переданных полномочий</w:t>
      </w:r>
    </w:p>
    <w:p>
      <w:r>
        <w:rPr>
          <w:b/>
        </w:rPr>
        <w:t xml:space="preserve">2. </w:t>
      </w:r>
      <w:r>
        <w:t>В соглашении определяются условия и порядок передачи осуществления части полномочий, в том числе порядок их финансирования, порядок осуществления контроля за осуществлением части полномочий,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 (В редакции Федерального закона от 05.02.2018 № 12-ФЗ) В случае, если соглашением предусматривается реорганизация территориальных органов федеральных органов исполнительной власти, передающих в соответствии с соглашением осуществление части своих полномочий исполнительным органам государственной власти субъекта Российской Федерации, такая реорганизация осуществляется в соответствии с формами и особенностями, указанными в пункте 9 статьи 263 настоящего Федерального закона. (Дополнение абзацем - Федеральный закон от 13.07.2015 № 233-ФЗ)</w:t>
      </w:r>
    </w:p>
    <w:p>
      <w:r>
        <w:rPr>
          <w:b/>
        </w:rPr>
        <w:t xml:space="preserve">3. </w:t>
      </w:r>
      <w:r>
        <w:t>Соглашение подписывается руководителем федерального органа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4. </w:t>
      </w:r>
      <w:r>
        <w:t>Орган государственной власти субъекта Российской Федерации, не являющийся стороной соглашения, вправе получить по своему запросу проект соглашения</w:t>
      </w:r>
    </w:p>
    <w:p>
      <w:r>
        <w:rPr>
          <w:b/>
        </w:rPr>
        <w:t xml:space="preserve">5. </w:t>
      </w:r>
      <w:r>
        <w:t>Соглашения заключаются и вступают в силу в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Российской Федерации. (В редакции федеральных законов от 22.07.2008 № 141-ФЗ; от 25.12.2008 № 281-ФЗ)</w:t>
      </w:r>
    </w:p>
    <w:p>
      <w:r>
        <w:rPr>
          <w:b/>
        </w:rPr>
        <w:t xml:space="preserve">6. </w:t>
      </w:r>
      <w:r>
        <w:t>(Пункт утратил силу - Федеральный закон от 22.07.2008 № 141-ФЗ) (Дополнение статьей - Федеральный закон от 04.07.2003 № 95-ФЗ)</w:t>
      </w:r>
    </w:p>
    <w:p>
      <w:r>
        <w:rPr>
          <w:b/>
        </w:rPr>
        <w:t>Статья 269. Временное осуществление федеральными органами государственной власти отдельных полномочий органов государственной власти субъекта Российской Федерации</w:t>
      </w:r>
    </w:p>
    <w:p>
      <w:r>
        <w:rPr>
          <w:b/>
        </w:rPr>
        <w:t xml:space="preserve">1. </w:t>
      </w:r>
      <w:r>
        <w:t>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органами государственной власти, в случаях, если: a)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w:t>
      </w:r>
    </w:p>
    <w:p>
      <w:r>
        <w:rPr>
          <w:b/>
        </w:rPr>
        <w:t xml:space="preserve">2. </w:t>
      </w:r>
      <w:r>
        <w:t>В случае, указанном в подпункте "а" пункта 1 настоящей статьи, решение о возложении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 Указом Президента Российской Федерации о временном возложении на федеральные органы государственной власти отдельных полномочий органов государственной власти субъекта Российской Федерации должны определяться: перечень возлагаемых на федеральные органы государственной власти полномочий органов государственной власти субъекта Российской Федерации, установленных настоящим Федеральным законом и другими федеральными законами; федеральные органы государственной власти и (или) должностные лица, назначаемые федеральными органами государственной власти, на которые (на которых) возлагаются соответствующие полномочия, с распределением этих полномочий между ними; 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указанных в подпункте "а" пункта 1 настоящей статьи; источники и порядок финансирования деятельности соответствующих федеральных органов государственной власти. На федеральные органы государственной власти не могут быть возложены полномочия органов государственной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 Российской Федерации и по изменению границ между субъектами Российской Федерации</w:t>
      </w:r>
    </w:p>
    <w:p>
      <w:r>
        <w:rPr>
          <w:b/>
        </w:rPr>
        <w:t xml:space="preserve">3. </w:t>
      </w:r>
      <w:r>
        <w:t>В случае, указанном в подпункте "б" пункта 1 настоящей статьи, в субъекте Российской Федерации на срок до одного года по ходатайству Правительства Российской Федерации решением Верховного Суда Российской Федерации в соответствии с федеральным законом вводится временная финансовая администрация. (В редакции Федерального закона от 12.03.2014 № 29-ФЗ) Временная финансовая администрация не может вводиться в течение одного года со дня начала срока полномочий законодательного (представительного) органа государственной власти субъекта Российской Федерации. В целях восстановления платежеспособности субъекта Российской Федерации временная финансовая администрация в соответствии с Бюджетным кодексом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дополнений в закон субъекта Российской Федерации о бюджете субъекта Российской Федерации на текущий год, а также проект бюджета субъекта Российской Федерации на очередной год, представляет данные законопроекты в законодательный (представительный) орган государственной власти субъекта Российской Федерации, а в случаях, предусмотренных Бюджетным кодексом Российской Федерации, в Правительство Российской Федерации. Временная финансовая администрация также обеспечивает контроль за исполнением бюджета субъекта Российской Федерации и осуществляет иные полномочия, предусмотренные Бюджетным кодексом Российской Федерации</w:t>
      </w:r>
    </w:p>
    <w:p>
      <w:r>
        <w:rPr>
          <w:b/>
        </w:rPr>
        <w:t xml:space="preserve">4. </w:t>
      </w:r>
      <w:r>
        <w:t>(Пункт утратил силу - Федеральный закон от 05.02.2018 № 12-ФЗ)</w:t>
      </w:r>
    </w:p>
    <w:p>
      <w:r>
        <w:rPr>
          <w:b/>
        </w:rPr>
        <w:t xml:space="preserve">5. </w:t>
      </w:r>
      <w:r>
        <w:t>Решения федеральных органов государственной власти, принимаемые в соответствии с настоящей статьей, могут быть обжалованы в судебном порядке. (Дополнение статьей - Федеральный закон от 04.07.2003 № 95-ФЗ)</w:t>
      </w:r>
    </w:p>
    <w:p>
      <w:r>
        <w:rPr>
          <w:b/>
        </w:rPr>
        <w:t xml:space="preserve">1. </w:t>
      </w:r>
      <w:r>
        <w:t>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кодексом Российской Федерации, превышает 30 процентов собственных доходов бюджета субъекта Российской Федерации в последнем отчетном году</w:t>
      </w:r>
    </w:p>
    <w:p>
      <w:r>
        <w:rPr>
          <w:b/>
        </w:rPr>
        <w:t xml:space="preserve">1. </w:t>
      </w:r>
      <w:r>
        <w:t>(Подпункт утратил силу - Федеральный закон от 05.02.2018 № 12-ФЗ)</w:t>
      </w:r>
    </w:p>
    <w:p>
      <w:pPr>
        <w:pStyle w:val="Heading3"/>
      </w:pPr>
      <w:r>
        <w:t>2. ЭКОНОМИЧЕСКАЯ ОСНОВА ДЕЯТЕЛЬНОСТИ ОРГАНОВ ГОСУДАРСТВЕННОЙ ВЛАСТИ СУБЪЕКТА РОССИЙСКОЙ ФЕДЕРАЦИИ</w:t>
      </w:r>
    </w:p>
    <w:p>
      <w:r>
        <w:rPr>
          <w:b/>
        </w:rPr>
        <w:t>Статья 26.10. Экономическая основа деятельности органов государственной власти субъекта Российской Федерации</w:t>
      </w:r>
    </w:p>
    <w:p>
      <w:r>
        <w:rPr>
          <w:b/>
        </w:rPr>
        <w:t xml:space="preserve">1. </w:t>
      </w:r>
      <w:r>
        <w:t>Экономическую основу деятельности органов государственной власти субъекта Российской Федерации составляют находящиеся в собственности субъекта Российской Федерации имущество, средства бюджета субъекта Российской Федерации и территориальных государственных внебюджетных фондов субъекта Российской Федерации, а также имущественные права субъекта Российской Федерации</w:t>
      </w:r>
    </w:p>
    <w:p>
      <w:r>
        <w:rPr>
          <w:b/>
        </w:rPr>
        <w:t xml:space="preserve">2. </w:t>
      </w:r>
      <w:r>
        <w:t>Собственность субъекта Российской Федерации признается и защищается государством наравне с иными формами собственности. (Дополнение статьей - Федеральный закон от 04.07.2003 № 95-ФЗ)</w:t>
      </w:r>
    </w:p>
    <w:p>
      <w:r>
        <w:rPr>
          <w:b/>
        </w:rPr>
        <w:t>Статья 26.11. Собственность субъекта Российской Федерации</w:t>
      </w:r>
    </w:p>
    <w:p>
      <w:r>
        <w:rPr>
          <w:b/>
        </w:rPr>
        <w:t xml:space="preserve">1. </w:t>
      </w:r>
      <w:r>
        <w:t>В собственности субъекта Российской Федерации может находиться: имущество, необходимое для осуществления полномочий, указанных в статьях 262, 263, 263-1 настоящего Федерального закона; (В редакции Федерального закона от 31.12.2005 № 199-ФЗ) имущество, необходимое для осуществления полномочий, указанных в пунктах 7, 71 и 8 статьи 263 настоящего Федерального закона, в случаях, установленных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полномочий; (В редакции Федерального закона от 13.07.2015 № 233-ФЗ) имущество, необходимое для обеспечения деятельности органов государственной власти субъекта Российской Федерации, государственных гражданских служащих субъекта Российской Федерации,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 имущество, необходимое для осуществления полномочий, право осуществления которых предоставлено органам государственной власти субъектов Российской Федерации федеральными законами. (Дополнение абзацем - Федеральный закон от 31.12.2005 № 199-ФЗ)</w:t>
      </w:r>
    </w:p>
    <w:p>
      <w:r>
        <w:rPr>
          <w:b/>
        </w:rPr>
        <w:t xml:space="preserve">2. </w:t>
      </w:r>
      <w:r>
        <w:t>Для осуществления полномочий, указанных в пункте 2 статьи 263 настоящего Федерального закона, в собственности субъекта Российской Федерации могут находиться: a) имущество, необходимое для материально-технического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включая нежилые помещения для размещения указанных органов и учреждений;</w:t>
      </w:r>
    </w:p>
    <w:p>
      <w:r>
        <w:rPr>
          <w:b/>
        </w:rPr>
        <w:t xml:space="preserve">3. </w:t>
      </w:r>
      <w:r>
        <w:t>В целях осуществления полномочий, указанных в статье 262 и пункте 2 статьи 263 (за исключением полномочий, указанных в подпунктах 81, 111, 421, 422, 551, 56, 57, 61, 72) настоящего Федерального закона, могут создаваться государственные унитарные предприятия субъекта Российской Федерации, государственные учреждения субъекта Российской Федерации и другие организации. Функции и полномочия учредителя в отношении указанных предприятий, учреждений и организаций осуществляют уполномоченные органы государственной власти субъекта Российской Федерации. (В редакции федеральных законов от 08.05.2010 № 83-ФЗ, от 18.07.2011 № 242-ФЗ, от 27.12.2019 № 447-ФЗ) Органы государственной власти субъекта Российской Федерации, осуществляющие функции и полномочия учредителя определяют предмет и цели деятельности указанных предприятий, учреждений и организаций, утверждают их уставы, заслушивают отчеты об их деятельности, назначают и увольняют руководителей данных предприятий, учреждений и организаций в порядке, установленном законом субъекта Российской Федерации. (В редакции Федерального закона от 08.05.2010 № 83-ФЗ) Органы государственной власти субъекта Российской Федерации, осуществляющие функции и полномочия учредителя, обеспечивают за счет средств бюджета субъекта Российской Федерации (за исключением субвенций из федерального бюджета) финансовое обеспечение деятельности казенных учреждений субъекта Российской Федерации, субсидиарно отвечают по обязательствам указанных учреждений и обеспечивают их исполнение в порядке, установленном федеральным законом. (В редакции Федерального закона от 08.05.2010 № 83-ФЗ)</w:t>
      </w:r>
    </w:p>
    <w:p>
      <w:r>
        <w:rPr>
          <w:b/>
        </w:rPr>
        <w:t xml:space="preserve">31. </w:t>
      </w:r>
      <w:r>
        <w:t>Имущество, созданное в процессе реализации инвестиционных проектов, направленных на развитие социальной и инженерной инфраструктуры муниципальных образований, подлежит безвозмездной передаче в муниципальную собственность в порядке, установленном законодательством Российской Федерации, для использования в целях, установленных в соответствии со статьей 50 Федерального закона от 6 октября 2003 года № 131-ФЗ "Об общих принципах организации местного самоуправления в Российской Федерации". (Дополнение пунктом - Федеральный закон от 18.10.2007 № 230-ФЗ)</w:t>
      </w:r>
    </w:p>
    <w:p>
      <w:r>
        <w:rPr>
          <w:b/>
        </w:rPr>
        <w:t xml:space="preserve">4. </w:t>
      </w:r>
      <w:r>
        <w:t>Особенности возникновения, осуществления и прекращения права собственности субъекта Российской Федерации, а также порядок учета имущества субъекта Российской Федерации устанавливаются федеральным законом. (Дополнение статьей - Федеральный закон от 04.07.2003 № 95-ФЗ)</w:t>
      </w:r>
    </w:p>
    <w:p>
      <w:r>
        <w:rPr>
          <w:b/>
        </w:rPr>
        <w:t xml:space="preserve">2. </w:t>
      </w:r>
      <w:r>
        <w:t>имущество, необходимое для материально-технического обеспечения проведения выборов в органы государственной власти субъекта Российской Федерации, референдумов субъекта Российской Федерации</w:t>
      </w:r>
    </w:p>
    <w:p>
      <w:r>
        <w:rPr>
          <w:b/>
        </w:rPr>
        <w:t xml:space="preserve">2. </w:t>
      </w:r>
      <w:r>
        <w:t>архивные фонды и иное имущество, необходимое для их хранения</w:t>
      </w:r>
    </w:p>
    <w:p>
      <w:r>
        <w:rPr>
          <w:b/>
        </w:rPr>
        <w:t xml:space="preserve">2. </w:t>
      </w:r>
      <w:r>
        <w:t>имущество, включая защитные сооружения, необходимое для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(В редакции Федерального закона от 25.11.2013 № 317-ФЗ)</w:t>
      </w:r>
    </w:p>
    <w:p>
      <w:r>
        <w:rPr>
          <w:b/>
        </w:rPr>
        <w:t xml:space="preserve">2. </w:t>
      </w:r>
      <w:r>
        <w:t>имущество, необходимое для содержания и обеспечения охраны особо охраняемых природных территорий регионального значения; (В редакции Федерального закона от 06.04.2015 № 77-ФЗ)</w:t>
      </w:r>
    </w:p>
    <w:p>
      <w:r>
        <w:rPr>
          <w:b/>
        </w:rPr>
        <w:t xml:space="preserve">2. </w:t>
      </w:r>
      <w:r>
        <w:t>автомобильные дороги регионального или межмуниципального значения, в том числе имущество, необходимое для их обслуживания; (В редакции Федерального закона от 08.11.2007 № 257-ФЗ)</w:t>
      </w:r>
    </w:p>
    <w:p>
      <w:r>
        <w:rPr>
          <w:b/>
        </w:rPr>
        <w:t xml:space="preserve">2. </w:t>
      </w:r>
      <w:r>
        <w:t>имущество, необходимое для организации предоставления образования; (В редакции федеральных законов от 31.12.2005 № 199-ФЗ; от 29.12.2006 № 258-ФЗ)</w:t>
      </w:r>
    </w:p>
    <w:p>
      <w:r>
        <w:rPr>
          <w:b/>
        </w:rPr>
        <w:t xml:space="preserve">2. </w:t>
      </w:r>
      <w:r>
        <w:t>имущество библиотек субъекта Российской Федерации, межмуниципальных библиотек</w:t>
      </w:r>
    </w:p>
    <w:p>
      <w:r>
        <w:rPr>
          <w:b/>
        </w:rPr>
        <w:t xml:space="preserve">2. </w:t>
      </w:r>
      <w:r>
        <w:t>музейные фонды и имущество, необходимое для их хранения, изучения и публичного представления</w:t>
      </w:r>
    </w:p>
    <w:p>
      <w:r>
        <w:rPr>
          <w:b/>
        </w:rPr>
        <w:t xml:space="preserve">2. </w:t>
      </w:r>
      <w:r>
        <w:t>имущество государственных учреждений культуры и искусства субъекта Российской Федерации; л) имущество, необходимое для оказания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(В редакции Федерального закона от 25.11.2013 № 317-ФЗ) м) (Подпункт утратил силу - Федеральный закон от 25.11.2013 № 317-ФЗ) н) имущество, необходимое для социального и медицинского обеспечения граждан пожилого возраста и инвалидов, детей-сирот, безнадзорных детей, детей, оставшихся без попечения родителей; (В редакции Федерального закона от 25.11.2013 № 317-ФЗ) н1) имущество, необходимое для организации и обеспечения отдыха и оздоровления детей; (Дополнение подпунктом - Федеральный закон от 17.12.2009 № 326-ФЗ) о) служебные жилые помещения для государственных гражданских служащих субъекта Российской Федерации, работников государственных учреждений субъекта Российской Федерации; п) пожарные объекты, а также пожарное оборудование и снаряжение, необходимые для тушения пожаров; р) имущество, необходимое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 объекты спорта и иное имущество, необходимое для организации и проведения официальных региональных и межмуниципальных физкультурных, физкультурно-оздоровительных и спортивных мероприятий; (В редакции Федерального закона от 18.10.2007 № 230-ФЗ) т)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 (В редакции Федерального закона от 31.12.2005 № 199-ФЗ) у) пассажирский транспорт и другое имущество, необходимое для осуществления пассажирских перевозок межмуниципального сообщения; ф) имущество, необходимое для материально-технического обеспечения деятельности мировых судей; х) имущество, необходимое для создания, развития и обеспечения охраны лечебно-оздоровительных местностей и курортов регионального значения; (Дополнение подпунктом - Федеральный закон от 29.12.2004 № 199-ФЗ) ц) имущество, необходимое для проведения мероприятий по предупреждению и ликвидации болезней животных, их лечению, защите населения от болезней, общих для человека и животных, в том числе скотомогильники (биотермические ямы); (Дополнение подпунктом - Федеральный закон от 31.12.2005 № 199-ФЗ) (В редакции Федерального закона от 25.12.2008 № 281-ФЗ) ч) (Дополнение подпунктом - Федеральный закон от 31.12.2005 № 199-ФЗ) (Утратил силу - Федеральный закон от 03.06.2006 № 73-ФЗ) ш) имущество, необходимое для обеспечения деятельности научных и научно-технических организаций субъектов Российской Федерации; (Дополнение подпунктом - Федеральный закон от 31.12.2005 № 199-ФЗ) щ) имущество, необходимое для осуществления регионального государственного экологического надзора на объектах хозяйственной и иной деятельности независимо от форм собственности; (Дополнение подпунктом - Федеральный закон от 31.12.2005 № 199-ФЗ) (В редакции Федерального закона от 18.07.2011 № 242-ФЗ) э) (Дополнение подпунктом - Федеральный закон от 29.12.2006 № 258-ФЗ) (Утратил силу - Федеральный закон от 29.11.2010 № 313-ФЗ) ю) имущество, необходимое для обеспечения донорской кровью и ее компонентами организаций здравоохранения, находящихся в ведении субъекта Российской Федерации, и муниципальных организаций здравоохранения; (Дополнение подпунктом - Федеральный закон от 29.12.2006 № 258-ФЗ) ю1) имущество, расположенное на территориях речных портов, необходимое для их содержания, развития и организации их эксплуатации (за исключением видов имущества, перечень которых утверждается Правительством Российской Федерации); (Дополнение подпунктом - Федеральный закон от 25.11.2008 № 221-ФЗ) я) аэропорты и (или) аэродромы, вертодромы, посадочные площадки гражданской авиации, включая имущество, необходимое для их содержания, развития и организации их эксплуатации (за исключением аэродромов совместного базирования); (Дополнение подпунктом - Федеральный закон от 19.07.2007 № 133-ФЗ) (В редакции федеральных законов от 13.07.2015 № 254-ФЗ; от 02.06.2016 № 159-ФЗ) я1) имущество, необходимое для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(Дополнение подпунктом - Федеральный закон от 18.10.2007 № 230-ФЗ) (В редакции федеральных законов от 04.11.2014 № 328-ФЗ; от 29.06.2015 № 156-ФЗ) я2) имущество, необходимое для оказания поддержки социально ориентированным некоммерческим организациям; (Дополнение подпунктом - Федеральный закон от 05.04.2010 № 40-ФЗ) я3) имущество, необходимое для осуществления полномочий в области содействия занятости населения, предусмотренных Законом Российской Федерации от 19 апреля 1991 года № 1032-I "О занятости населения в Российской Федерации"; (Дополнение подпунктом - Федеральный закон от 30.11.2011 № 361-ФЗ) я4) имущество для сбора (в том числе раздельного сбора), транспортирования, обработки, утилизации, обезвреживания, захоронения твердых коммунальных отходов; (Дополнение подпунктом - Федеральный закон от 29.12.2014 № 458-ФЗ) я5) имущество, необходимое для организации мероприятий при осуществлении деятельности по обращению с животными без владельцев. (Дополнение подпунктом - Федеральный закон от 27.12.2018 № 498-ФЗ)</w:t>
      </w:r>
    </w:p>
    <w:p>
      <w:r>
        <w:rPr>
          <w:b/>
        </w:rPr>
        <w:t>Статья 26.12. Управление и распоряжение имуществом субъекта Российской Федерации</w:t>
      </w:r>
    </w:p>
    <w:p>
      <w:r>
        <w:rPr>
          <w:b/>
        </w:rPr>
        <w:t xml:space="preserve">1. </w:t>
      </w:r>
      <w:r>
        <w:t>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 Федерации, в соответствии с Конституцией Российской Федерации,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конституцией (уставом), законами и иными нормативными правовыми актами субъекта Российской Федерации</w:t>
      </w:r>
    </w:p>
    <w:p>
      <w:r>
        <w:rPr>
          <w:b/>
        </w:rPr>
        <w:t xml:space="preserve">2. </w:t>
      </w:r>
      <w:r>
        <w:t>Органы государственной власти субъекта Российской Федерации вправе передавать имущество субъекта Российской Федерации во временное пользование физическим и юридическим лицам, федеральным органам государственной власти и органам местного самоуправления, отчуждать это имущество, совершать иные сделки в соответствии с федеральными законами, а также с принятыми в соответствии с ними законами субъекта Российской Федерации</w:t>
      </w:r>
    </w:p>
    <w:p>
      <w:r>
        <w:rPr>
          <w:b/>
        </w:rPr>
        <w:t xml:space="preserve">3. </w:t>
      </w:r>
      <w:r>
        <w:t>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w:t>
      </w:r>
    </w:p>
    <w:p>
      <w:r>
        <w:rPr>
          <w:b/>
        </w:rPr>
        <w:t xml:space="preserve">4. </w:t>
      </w:r>
      <w:r>
        <w:t>Доходы от использования и средства от приватизации имущества субъекта Российской Федерации поступают в бюджет субъекта Российской Федерации. (Дополнение статьей - Федеральный закон от 04.07.2003 № 95-ФЗ)</w:t>
      </w:r>
    </w:p>
    <w:p>
      <w:r>
        <w:rPr>
          <w:b/>
        </w:rPr>
        <w:t>Статья 26.13. Бюджет субъекта Российской Федерации</w:t>
      </w:r>
    </w:p>
    <w:p>
      <w:r>
        <w:rPr>
          <w:b/>
        </w:rPr>
        <w:t xml:space="preserve">1. </w:t>
      </w:r>
      <w:r>
        <w:t>Каждый субъект Российской Федерации имеет собственный бюджет</w:t>
      </w:r>
    </w:p>
    <w:p>
      <w:r>
        <w:rPr>
          <w:b/>
        </w:rPr>
        <w:t xml:space="preserve">2. </w:t>
      </w:r>
      <w:r>
        <w:t>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правоотношений, осуществлению бюджетного процесса, размерам дефицита бюджета, размеру и составу государственного долга субъекта Российской Федерации, исполнению бюджетных и долговых обязательств субъекта Российской Федерации</w:t>
      </w:r>
    </w:p>
    <w:p>
      <w:r>
        <w:rPr>
          <w:b/>
        </w:rPr>
        <w:t xml:space="preserve">3. </w:t>
      </w:r>
      <w:r>
        <w:t>Формирование,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самостоятельно с соблюдением требований, установленных настоящим Федеральным законом и Бюджетным кодексом Российской Федерации, а также принятыми в соответствии с ними законами субъекта Российской Федерации</w:t>
      </w:r>
    </w:p>
    <w:p>
      <w:r>
        <w:rPr>
          <w:b/>
        </w:rPr>
        <w:t xml:space="preserve">4. </w:t>
      </w:r>
      <w:r>
        <w:t>Органы государственной власти субъекта Российской Федерации в порядке, установленном федеральным законом, нормативным правовым актом Правительства Российской Федерации, представляют федеральным органам государственной власти годовые отчеты об исполнении бюджета субъекта Российской Федерации и консолидированного бюджета субъекта Российской Федерации</w:t>
      </w:r>
    </w:p>
    <w:p>
      <w:r>
        <w:rPr>
          <w:b/>
        </w:rPr>
        <w:t xml:space="preserve">5. </w:t>
      </w:r>
      <w:r>
        <w:t>В бюджете субъекта Российской Федерации раздельно предусматриваются доходы, направляемые на финансовое обеспечение осуществления полномочий, указанных в статье 262 и пункте 2 статьи 263 настоящего Федерального закона, и субвенции на обеспечение осуществления полномочий, указанных в пункте 7 статьи 263 и статье 265 настоящего Федерального закона, а также осуществляемые за счет указанных доходов и субвенций соответствующие расходы</w:t>
      </w:r>
    </w:p>
    <w:p>
      <w:r>
        <w:rPr>
          <w:b/>
        </w:rPr>
        <w:t xml:space="preserve">6. </w:t>
      </w:r>
      <w:r>
        <w:t>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 По проекту бюджета субъекта Российской Федерации и годовому отчету об исполнении бюджета субъекта Российской Федерации проводятся публичные слушания или общественные обсуждения. (В редакции федеральных законов от 27.06.2011 № 157-ФЗ, от 09.11.2020 № 370-ФЗ) (Дополнение статьей - Федеральный закон от 04.07.2003 № 95-ФЗ)</w:t>
      </w:r>
    </w:p>
    <w:p>
      <w:r>
        <w:rPr>
          <w:b/>
        </w:rPr>
        <w:t>Статья 26.14. Расходы бюджета субъекта Российской Федерации</w:t>
      </w:r>
    </w:p>
    <w:p>
      <w:r>
        <w:rPr>
          <w:b/>
        </w:rPr>
        <w:t xml:space="preserve">1. </w:t>
      </w:r>
      <w:r>
        <w:t>Расходы бюджета субъекта Российской Федерации осуществляются в формах, предусмотренных Бюджетным кодексом Российской Федерации. Органы государственной власти субъекта Российской Федерации ведут реестры расходных обязательств субъекта Российской Федерации в соответствии с требованиями Бюджетного кодекса Российской Федерации и в порядке, установленном законами и иными нормативными правовыми актами субъекта Российской Федерации. Органы государственной власти субъекта Российской Федерации не вправе осуществлять расходы на решение вопросов, отнесенных к компетенции федеральных органов государственной власти, за исключением случаев, установленных федеральными законами. В случаях, установленных федеральными законами, из бюджета субъекта Российской Федерации федеральному бюджету могут предоставляться субсидии для софинансирования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(Дополнение абзацем - Федеральный закон от 22.07.2008 № 141-ФЗ) В случаях и порядке, установленных федеральными законами и законами субъекта Российской Федерации, из бюджета субъекта Российской Федерации местным бюджетам могут предоставляться субсидии для долевого финансирования расходов на решение отдельных вопросов местного значения. В случаях и порядке, установленных законом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Бюджетного кодекса Российской Федерации, из бюджета субъекта Российской Федерации могут предоставляться субсидии бюджетам субъектов Российской Федерации. (Дополнение абзацем - Федеральный закон от 02.08.2019 № 313-ФЗ) Органы государственной власти субъекта Российской Федерации вправе осуществлять расходы на решение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материальных ресурсов и средств бюджета субъекта Российской Федерации (за исключением дотаций, субсидий и субвенций из федерального бюджета)</w:t>
      </w:r>
    </w:p>
    <w:p>
      <w:r>
        <w:rPr>
          <w:b/>
        </w:rPr>
        <w:t xml:space="preserve">2. </w:t>
      </w:r>
      <w:r>
        <w:t>Органы государственной власти субъекта Российской Федерации самостоятельно определяют размеры и условия оплаты труда работников органов государственной власти субъекта Российской Федерации, работников государственных учреждений субъекта Российской Федерации, устанавливают региональные минимальные социальные стандарты и другие нормативы расходов бюджета субъекта Российской Федерации на финансовое обеспечение полномочий, указанных в статье 262 и пункте 2 статьи 263 настоящего Федерального закона. Абзац. (Утратил силу - Федеральный закон от 26.04.2007 № 63-ФЗ) При установлении нормативов расходов на финансовое обеспечение полномочий, указанных в подпункте 40 пункта 2 статьи 263 настоящего Федерального закона, по материально-техническому обеспечению деятельности мировых судей и оплате труда работников аппарата мировых судей высший исполнительный орган государственной власти субъекта Российской Федерации взаимодействует с советом судей субъекта Российской Федерации. (Дополнение абзацем - Федеральный закон от 18.04.2018 № 76-ФЗ)</w:t>
      </w:r>
    </w:p>
    <w:p>
      <w:r>
        <w:rPr>
          <w:b/>
        </w:rPr>
        <w:t xml:space="preserve">3. </w:t>
      </w:r>
      <w:r>
        <w:t>Расходы бюджета субъекта Российской Федерации на выравнивание бюджетной обеспеченности муниципальных образований и финансовое обеспечение осуществления отдельных государственных полномочий, переданных органам местного самоуправления, осуществляются в соответствии с Бюджетным кодексом Российской Федерации и федеральным законом, регулирующим общие принципы организации местного самоуправления в Российской Федерации</w:t>
      </w:r>
    </w:p>
    <w:p>
      <w:r>
        <w:rPr>
          <w:b/>
        </w:rPr>
        <w:t xml:space="preserve">4. </w:t>
      </w:r>
      <w:r>
        <w:t>Порядок осуществления расходов бюджета субъекта Российской Федерации на обеспечение полномочий органов государственной власти субъекта Российской Федерации, указанных в пункте 7 статьи 263 и статье 265 настоящего Федерального закона, устанавливается соответствующими федеральными законами и нормативными правовыми актами Президента Российской Федерации и Правительства Российской Федерации. В случаях и порядке, предусмотренных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осуществление расходов бюджета субъекта Российской Федерации на обеспечение указанных полномочий может регулироваться нормативными правовыми актами субъекта Российской Федерации. (Дополнение статьей - Федеральный закон от 04.07.2003 № 95-ФЗ)</w:t>
      </w:r>
    </w:p>
    <w:p>
      <w:r>
        <w:rPr>
          <w:b/>
        </w:rPr>
        <w:t>Статья 26.15. Доходы бюджета субъекта Российской Федерации</w:t>
      </w:r>
    </w:p>
    <w:p>
      <w:r>
        <w:rPr>
          <w:b/>
        </w:rPr>
        <w:t xml:space="preserve">1. </w:t>
      </w:r>
      <w:r>
        <w:t>Собственные доходы бюджета субъекта Российской Федерации формируются за счет: a) доходов от региональных налогов и сборов в соответствии со статьей 2616 настоящего Федерального закона;</w:t>
      </w:r>
    </w:p>
    <w:p>
      <w:r>
        <w:rPr>
          <w:b/>
        </w:rPr>
        <w:t xml:space="preserve">2. </w:t>
      </w:r>
      <w:r>
        <w:t>Состав собственных доходов бюджета субъекта Российской Федерации может быть изменен в соответствии с федеральным законом только в случае изменения полномочий органов государственной власти субъекта Российской Федерации, указанных в статье 262 и пункте 2 статьи 263 настоящего Федерального закона, и (или) изменения системы налогов и сборов Российской Федерации</w:t>
      </w:r>
    </w:p>
    <w:p>
      <w:r>
        <w:rPr>
          <w:b/>
        </w:rPr>
        <w:t xml:space="preserve">3. </w:t>
      </w:r>
      <w:r>
        <w:t>В бюджет субъекта Российской Федерации зачисляются субвенции из федерального бюджета на осуществление полномочий, указанных в пунктах 7 и 71 статьи 263 настоящего Федерального закона. (В редакции Федерального закона от 13.07.2015 № 233-ФЗ)</w:t>
      </w:r>
    </w:p>
    <w:p>
      <w:r>
        <w:rPr>
          <w:b/>
        </w:rPr>
        <w:t xml:space="preserve">4. </w:t>
      </w:r>
      <w:r>
        <w:t>Учет операций по распределению доходов от налогов и сборов в соответствии с нормативами отчислений, указанных в статьях 2616 и 2617 настоящего Федерального закона, осуществляется в порядке, установленном Бюджетным кодексом Российской Федерации. (Дополнение статьей - Федеральный закон от 04.07.2003 № 95-ФЗ)</w:t>
      </w:r>
    </w:p>
    <w:p>
      <w:r>
        <w:rPr>
          <w:b/>
        </w:rPr>
        <w:t xml:space="preserve">1. </w:t>
      </w:r>
      <w:r>
        <w:t>доходов от федеральных налогов и сборов в соответствии со статьей 2617 настоящего Федерального закона</w:t>
      </w:r>
    </w:p>
    <w:p>
      <w:r>
        <w:rPr>
          <w:b/>
        </w:rPr>
        <w:t xml:space="preserve">1. </w:t>
      </w:r>
      <w:r>
        <w:t>безвозмездных перечислений из бюджетов других уровней, иных средств финансовой помощи из федерального бюджета в соответствии со статьей 2619 настоящего Федерального закона и других безвозмездных перечислений; (В редакции Федерального закона от 02.08.2019 № 313-ФЗ)</w:t>
      </w:r>
    </w:p>
    <w:p>
      <w:r>
        <w:rPr>
          <w:b/>
        </w:rPr>
        <w:t xml:space="preserve">1. </w:t>
      </w:r>
      <w:r>
        <w:t>доходов от использования имущества субъекта Российской Федерации</w:t>
      </w:r>
    </w:p>
    <w:p>
      <w:r>
        <w:rPr>
          <w:b/>
        </w:rPr>
        <w:t xml:space="preserve">1. </w:t>
      </w:r>
      <w:r>
        <w:t>части прибыли государственных унитарных предприятий, имущество которых находится в собственности субъекта Российской Федерации, остающейся после уплаты налогов и сборов и иных обязательных платежей, в размере, устанавливаемом законами субъекта Российской Федерации, и доходов от оказания казенными учреждениями субъекта Российской Федерации платных услуг; (В редакции Федерального закона от 08.05.2010 № 83-ФЗ)</w:t>
      </w:r>
    </w:p>
    <w:p>
      <w:r>
        <w:rPr>
          <w:b/>
        </w:rPr>
        <w:t xml:space="preserve">1. </w:t>
      </w:r>
      <w:r>
        <w:t>штрафов и иных поступлений в соответствии с федеральными законами и принимаемыми в соответствии с ними законами и иными нормативными правовыми актами субъекта Российской Федерации</w:t>
      </w:r>
    </w:p>
    <w:p>
      <w:r>
        <w:rPr>
          <w:b/>
        </w:rPr>
        <w:t>Статья 26.16. Доходы бюджета субъекта Российской Федерации от региональных налогов и сборов</w:t>
      </w:r>
    </w:p>
    <w:p>
      <w:r>
        <w:rPr>
          <w:b/>
        </w:rPr>
        <w:t xml:space="preserve">1. </w:t>
      </w:r>
      <w:r>
        <w:t>Перечень региональных налогов и сборов и полномочия органов государственной власти субъекта Российской Федерации по их установлению, изменению и отмене устанавливаются законодательством Российской Федерации о налогах и сборах</w:t>
      </w:r>
    </w:p>
    <w:p>
      <w:r>
        <w:rPr>
          <w:b/>
        </w:rPr>
        <w:t xml:space="preserve">2. </w:t>
      </w:r>
      <w:r>
        <w:t>В бюджет субъекта Российской Федерации, включая бюджет автономного округа, зачисляются доходы от региональных налогов и сборов по налоговым ставкам, установленным законами субъекта Российской Федерации в соответствии с законодательством Российской Федерации о налогах и сборах. Указанные доходы зачисляются в бюджет автономного округа, входящего в состав края, области, по налоговым ставкам, установленным законами соответствующего автономного округа, если иное не предусмотрено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3. </w:t>
      </w:r>
      <w:r>
        <w:t>Законом субъекта Российской Федерации в порядке, предусмотренном федеральным законом, устанавливающим общие принципы организации местного самоуправления в Российской Федерации, могут быть установлены нормативы отчислений в местные бюджеты от региональных налогов и сборов, подлежащих зачислению в бюджет субъекта Российской Федерации. (Дополнение статьей - Федеральный закон от 04.07.2003 № 95-ФЗ)</w:t>
      </w:r>
    </w:p>
    <w:p>
      <w:r>
        <w:rPr>
          <w:b/>
        </w:rPr>
        <w:t>Статья 26.17. Доходы бюджета субъекта Российской Федерации от федеральных налогов и сборов</w:t>
      </w:r>
    </w:p>
    <w:p>
      <w:r>
        <w:rPr>
          <w:b/>
        </w:rPr>
        <w:t xml:space="preserve">1. </w:t>
      </w:r>
      <w:r>
        <w:t>В бюджет субъекта Российской Федерации зачисляются доходы от федеральных налогов и сборов по единым для субъектов Российской Федерации нормативам, установленным Бюджетным кодексом Российской Федерации, и (или) по налоговым ставкам, устанавливаемым в соответствии с законодательством Российской Федерации о налогах и сборах. Доходы от федеральных налогов и сборов зачисляются в бюджет края, области, в состав которого (которой) входит автономный округ, по нормативам, установленным Бюджетным кодексом Российской Федерации,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2. </w:t>
      </w:r>
      <w:r>
        <w:t>Законом субъекта Российской Федерации в порядке, предусмотренном федеральным законом, устанавливающим общие принципы организации местного самоуправления в Российской Федерации, могут быть установлены нормативы отчислений в местные бюджеты от федеральных налогов и сборов, подлежащих зачислению в бюджет субъекта Российской Федерации. (Дополнение статьей - Федеральный закон от 04.07.2003 № 95-ФЗ)</w:t>
      </w:r>
    </w:p>
    <w:p>
      <w:r>
        <w:rPr>
          <w:b/>
        </w:rPr>
        <w:t>Статья 26.18. Выравнивание бюджетной обеспеченности субъекта Российской Федерации</w:t>
      </w:r>
    </w:p>
    <w:p>
      <w:r>
        <w:rPr>
          <w:b/>
        </w:rPr>
        <w:t xml:space="preserve">1. </w:t>
      </w:r>
      <w:r>
        <w:t>Выравнивание бюджетной обеспеченности субъекта Российской Федерации осуществляется путем предоставления дотаций на выравнивание бюджетной обеспеченности субъектов Российской Федерации. (В редакции Федерального закона от 02.08.2019 № 313-ФЗ)</w:t>
      </w:r>
    </w:p>
    <w:p>
      <w:r>
        <w:rPr>
          <w:b/>
        </w:rPr>
        <w:t xml:space="preserve">2. </w:t>
      </w:r>
      <w:r>
        <w:t>Дотации на выравнивание бюджетной обеспеченности субъектов Российской Федерации распределяются между субъектами Российской Федерации, расчетная бюджетная обеспеченность консолидированных бюджетов которых не превышает уровень расчетной бюджетной обеспеченности субъектов Российской Федерации, определенный в качестве критерия предоставления указанных дотаций бюджетам субъектов Российской Федерации по методике, утверждаемой в соответствии с федеральным законом. (В редакции Федерального закона от 02.08.2019 № 313-ФЗ) Использование при определении расчетной бюджетной обеспеченности субъекта Российской Федерации показателей фактических доходов и расходов за отчетный период и (или) показателей прогнозируемых на плановый период доходов и расходов консолидированного бюджета субъекта Российской Федерации не допускается. Распределение дотаций на выравнивание бюджетной обеспеченности субъектов Российской Федерации утверждается федеральным законом о федеральном бюджете на соответствующий год. (В редакции Федерального закона от 02.08.2019 № 313-ФЗ) (Дополнение статьей - Федеральный закон от 04.07.2003 № 95-ФЗ)</w:t>
      </w:r>
    </w:p>
    <w:p>
      <w:r>
        <w:rPr>
          <w:b/>
        </w:rPr>
        <w:t>Статья 26.19. Иные средства финансовой помощи бюджету субъекта Российской Федерации из федерального бюджета</w:t>
      </w:r>
    </w:p>
    <w:p>
      <w:r>
        <w:rPr>
          <w:b/>
        </w:rPr>
        <w:t xml:space="preserve">1. </w:t>
      </w:r>
      <w:r>
        <w:t>В целях предоставления бюджету субъекта Российской Федерации субсидий для долевого финансирования инвестиционных программ и проектов развития общественной инфраструктуры регионального значения, а также для поддержки созданных субъектом Российской Федерации фондов муниципального развития в составе федерального бюджета может быть образован фонд регионального развития. Отбор инвестиционных проектов, федеральных целевых программ регионального развития для предоставления указанных субсидий и их распределение между субъектами Российской Федерации осуществляются в порядке, установленном федеральными законами, нормативными правовыми актами Президента Российской Федерации и Правительства Российской Федерации. Распределение субсидий из фонда регионального развития между субъектами Российской Федерации утверждается федеральным законом о федеральном бюджете на соответствующий год</w:t>
      </w:r>
    </w:p>
    <w:p>
      <w:r>
        <w:rPr>
          <w:b/>
        </w:rPr>
        <w:t xml:space="preserve">2. </w:t>
      </w:r>
      <w:r>
        <w:t>Из федерального бюджета могут предоставляться субсидии бюджету субъекта Российской Федерации для долевого финансирования расходов консолидированного бюджета субъекта Российской Федерации. (В редакции Федерального закона от 07.05.2013 № 104-ФЗ)</w:t>
      </w:r>
    </w:p>
    <w:p>
      <w:r>
        <w:rPr>
          <w:b/>
        </w:rPr>
        <w:t xml:space="preserve">3. </w:t>
      </w:r>
      <w:r>
        <w:t>В случаях и порядке, предусмотренных федеральными законами, бюджетам субъектов Российской Федерации могут быть предоставлены иные средства финансовой помощи из федерального бюджета в формах, предусмотренных Бюджетным кодексом Российской Федерации. (Дополнение статьей - Федеральный закон от 04.07.2003 № 95-ФЗ)</w:t>
      </w:r>
    </w:p>
    <w:p>
      <w:r>
        <w:rPr>
          <w:b/>
        </w:rPr>
        <w:t>Статья 26.20. Финансовое обеспечение осуществления полномочий Российской Федерации, переданных для осуществления органам государственной власти субъекта Российской Федерации, за счет субвенций из федерального бюджета</w:t>
      </w:r>
    </w:p>
    <w:p>
      <w:r>
        <w:t>(Наименование в редакции Федерального закона от 13.07.2015 № 233-ФЗ)</w:t>
      </w:r>
    </w:p>
    <w:p>
      <w:r>
        <w:rPr>
          <w:b/>
        </w:rPr>
        <w:t xml:space="preserve">1. </w:t>
      </w:r>
      <w:r>
        <w:t>Общий объем субвенций из федерального бюджета, предоставляемых бюджету субъекта Российской Федерации на осуществление полномочий, указанных в пунктах 7 и 71 статьи 263 настоящего Федерального закона, определяется федеральным законом о федеральном бюджете на соответствующий год. (В редакции Федерального закона от 13.07.2015 № 233-ФЗ)</w:t>
      </w:r>
    </w:p>
    <w:p>
      <w:r>
        <w:rPr>
          <w:b/>
        </w:rPr>
        <w:t xml:space="preserve">2. </w:t>
      </w:r>
      <w:r>
        <w:t>Из федерального бюджета предоставляются субвенции бюджету субъекта Российской Федерации на осуществление органами государственной власти субъекта Российской Федерации полномочий, указанных в пунктах 7 и 71 статьи 263 настоящего Федерального закона. (В редакции федеральных законов от 07.05.2013 № 104-ФЗ; от 13.07.2015 № 233-ФЗ) Субвенции из федерального бюджета распределяются между субъектами Российской Федерации пропорционально численности населения или потребителей соответствующих бюджетных услуг с учетом объективных условий, оказывающих влияние на стоимость предоставления таких бюджетных услуг, и утверждаются федеральным законом о федеральном бюджете на соответствующий год по каждому субъекту Российской Федерации. (В редакции Федерального закона от 07.05.2013 № 104-ФЗ) Распределение, перечисление и учет субвенций из федерального бюджета производятся в соответствии с Бюджетным кодексом Российской Федерации. (В редакции Федерального закона от 07.05.2013 № 104-ФЗ)</w:t>
      </w:r>
    </w:p>
    <w:p>
      <w:r>
        <w:rPr>
          <w:b/>
        </w:rPr>
        <w:t xml:space="preserve">3. </w:t>
      </w:r>
      <w:r>
        <w:t>Органы государственной власти субъекта Российской Федерации несут ответственность за осуществление полномочий, указанных в пунктах 7 и 71 статьи 263 настоящего Федерального закона, в пределах субвенций из федерального бюджета, предоставленных на осуществление соответствующих полномочий. (В редакции Федерального закона от 13.07.2015 № 233-ФЗ) (Дополнение статьей - Федеральный закон от 04.07.2003 № 95-ФЗ)</w:t>
      </w:r>
    </w:p>
    <w:p>
      <w:r>
        <w:rPr>
          <w:b/>
        </w:rPr>
        <w:t>Статья 26.21. Привлечение заемных средств субъектом Российской Федерации</w:t>
      </w:r>
    </w:p>
    <w:p>
      <w:r>
        <w:t>Субъект Российской Федерации вправе привлекать заемные средства, в том числе за счет выпуска государственных ценных бумаг субъекта Российской Федерации, в порядке, установленном законами субъекта Российской Федерации в соответствии с федеральными законами и нормативными правовыми актами Президента Российской Федерации и Правительства Российской Федерации. (Дополнение статьей - Федеральный закон от 04.07.2003 № 95-ФЗ)</w:t>
      </w:r>
    </w:p>
    <w:p>
      <w:r>
        <w:rPr>
          <w:b/>
        </w:rPr>
        <w:t>Статья 26.22. Организация исполнения бюджета субъекта Российской Федерации</w:t>
      </w:r>
    </w:p>
    <w:p>
      <w:r>
        <w:rPr>
          <w:b/>
        </w:rPr>
        <w:t xml:space="preserve">1. </w:t>
      </w:r>
      <w:r>
        <w:t>Органы государственной власти субъекта Российской Федерации самостоятельно организуют и осуществляют исполнение бюджета субъекта Российской Федерации в соответствии с общими принципами, установленными Бюджетным кодексом Российской Федерации. Абзац. (Утратил силу - Федеральный закон от 02.08.2019 № 313-ФЗ)</w:t>
      </w:r>
    </w:p>
    <w:p>
      <w:r>
        <w:rPr>
          <w:b/>
        </w:rPr>
        <w:t xml:space="preserve">11. </w:t>
      </w:r>
      <w:r>
        <w:t>Руководитель финансового органа субъекта Российской Федерации назначается на должность из числа лиц, отвечающих квалификационным требованиям, установленным Правительством Российской Федерации. Проведение проверки соответствия кандидатов на замещение должности руководителя финансового органа субъекта Российской Федерации квалификационным требованиям осуществляется с участием уполномоченного Правительством Российской Федерации федерального органа исполнительной власти в порядке, установленном Правительством Российской Федерации. (Дополнение пунктом - Федеральный закон от 02.08.2019 № 313-ФЗ)</w:t>
      </w:r>
    </w:p>
    <w:p>
      <w:r>
        <w:rPr>
          <w:b/>
        </w:rPr>
        <w:t xml:space="preserve">2. </w:t>
      </w:r>
      <w:r>
        <w:t>Казначейское обслуживание исполнения бюджетов субъектов Российской Федерации осуществляется в порядке и на условиях, установленных Бюджетным кодексом Российской Федерации. (В редакции Федерального закона от 24.02.2021 № 20-ФЗ)</w:t>
      </w:r>
    </w:p>
    <w:p>
      <w:r>
        <w:rPr>
          <w:b/>
        </w:rPr>
        <w:t xml:space="preserve">3. </w:t>
      </w:r>
      <w:r>
        <w:t>Органы государственной власти субъекта Российской Федерации взаимодействуют с территориальными органами федерального органа исполнительной власти по налогам и сборам в порядке, установленном Правительством Российской Федерации. Территориальные органы федерального органа исполнительной власти по налогам и сборам ведут учет налогоплательщиков, начисления и уплаты налогов и сборов в бюджет субъекта Российской Федерации и местные бюджеты и предоставляют в финансовый орган субъекта Российской Федерации соответствующие данные по форме и в сроки, которые установлены Правительством Российской Федерации. (Дополнение статьей - Федеральный закон от 04.07.2003 № 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