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Королевства Дания о техническом сотрудничестве</w:t>
      </w:r>
    </w:p>
    <w:p>
      <w:r>
        <w:rPr>
          <w:b/>
        </w:rPr>
        <w:t>Статья None. Федеральный закон   от 25.10.1999 № 187-ФЗ</w:t>
      </w:r>
    </w:p>
    <w:p>
      <w:r>
        <w:t>О ратификации Соглашения между Правительством Российской Федерации и Правительством Королевства Дания о техническом сотрудничестве РОССИЙСКАЯ ФЕДЕРАЦИЯ ФЕДЕРАЛЬНЫЙ ЗАКОН О ратификации Соглашения между Правительством Российской Федерации и Правительством Королевства Дания о техническом сотрудничестве Принят Государственной Думой 24 сентября 1999 года Одобрен Советом Федерации 13 октября 1999 года Ратифицировать Соглашение между Правительством Российской Федерации и Правительством Королевства Дания о техническом сотрудничестве, подписанное в городе Копенгагене 26 февраля 1997 года. Президент Российской Федерации Б.Ельцин Москва, Кремль 25 октября 1999 года № 187-ФЗ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