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Белоруссия о совместном использовании объектов военной инфраструктуры Российской Федерации и Республики Белоруссия в интересах обеспечения безопасности государств</w:t>
      </w:r>
    </w:p>
    <w:p>
      <w:r>
        <w:rPr>
          <w:b/>
        </w:rPr>
        <w:t>Статья None. Федеральный закон   от 25.10.1999 № 191-ФЗ</w:t>
      </w:r>
    </w:p>
    <w:p>
      <w:r>
        <w:t>О ратификации Соглашения между Российской Федерацией и Республикой Белоруссия о совместном использовании объектов военной инфраструктуры Российской Федерации и Республики Белоруссия в интересах обеспечения безопасности государств РОССИЙСКАЯ ФЕДЕРАЦИЯ ФЕДЕРАЛЬНЫЙ ЗАКОН О ратификации Соглашения между Российской Федерацией и Республикой Белоруссия о совместном использовании объектов военной инфраструктуры Российской Федерации и Республики Белоруссия в интересах обеспечения безопасности государств Принят Государственной Думой 24 сентября 1999 года Одобрен Советом Федерации 13 октября 1999 года Ратифицировать Соглашение между Российской Федерацией и Республикой Белоруссия о совместном использовании объектов военной инфраструктуры Российской Федерации и Республики Белоруссия в интересах обеспечения безопасности государств, подписанное в городе Москве 16 октября 1998 года. Президент Российской Федерации Б.Ельцин Москва, Кремль 25 октября 1999 года № 191-ФЗ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