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Финляндской Республики о международном автомобильном сообщении</w:t>
      </w:r>
    </w:p>
    <w:p>
      <w:r>
        <w:rPr>
          <w:b/>
        </w:rPr>
        <w:t>Статья None. Федеральный закон   от 25.10.1999 № 186-ФЗ</w:t>
      </w:r>
    </w:p>
    <w:p>
      <w:r>
        <w:t>О ратификации Соглашения между Правительством Российской Федерации и Правительством Финляндской Республики о международном автомобильном сообщении РОССИЙСКАЯ ФЕДЕРАЦИЯ ФЕДЕРАЛЬНЫЙ ЗАКОН О ратификации Соглашения между Правительством Российской Федерации и Правительством Финляндской Республики о международном автомобильном сообщении Принят Государственной Думой 24 сентября 1999 года Одобрен Советом Федерации 13 октября 1999 года Ратифицировать Соглашение между Правительством Российской Федерации и Правительством Финляндской Республики о международном автомобильном сообщении, подписанное в городе Хельсинки 27 октября 1995 года. Президент Российской Федерации Б.Ельцин Москва, Кремль 25 октября 1999 года № 186-ФЗ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