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продлении Договора о коллективной безопасности от 15 мая 1992 года</w:t>
      </w:r>
    </w:p>
    <w:p>
      <w:r>
        <w:rPr>
          <w:b/>
        </w:rPr>
        <w:t>Статья None. Федеральный закон   от 20.11.1999 № 203-ФЗ</w:t>
      </w:r>
    </w:p>
    <w:p>
      <w:r>
        <w:t>О ратификации Протокола о продлении Договора о коллективной безопасности от 15 мая 1992 года РОССИЙСКАЯ ФЕДЕРАЦИЯ ФЕДЕРАЛЬНЫЙ ЗАКОН О ратификации Протокола о продлении Договора о коллективной безопасности от 15 мая 1992 года Принят Государственной Думой 5 ноября 1999 года Одобрен Советом Федерации 11 ноября 1999 года Ратифицировать Протокол о продлении Договора о коллективной безопасности от 15 мая 1992 года, подписанный в городе Москве 2 апреля 1999 года. Президент Российской Федерации Б.Ельцин Москва, Кремль 20 ноября 1999 года № 203-ФЗ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