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Турецкой Республики о поставках российского природного газа в Турецкую Республику через акваторию Черного моря</w:t>
      </w:r>
    </w:p>
    <w:p>
      <w:r>
        <w:rPr>
          <w:b/>
        </w:rPr>
        <w:t>Статья None. Федеральный закон   от 30.12.1999 № 221-ФЗ</w:t>
      </w:r>
    </w:p>
    <w:p>
      <w:r>
        <w:t>О ратификации Протокола к Соглашению между Правительством Российской Федерации и Правительством Турецкой Республики о поставках российского природного газа в Турецкую Республику через акваторию Черного моря РОССИЙСКАЯ ФЕДЕРАЦИЯ ФЕДЕРАЛЬНЫЙ ЗАКОН О ратификации Протокола к Соглашению между Правительством Российской Федерации и Правительством Турецкой Республики о поставках российского природного газа в Турецкую Республику через акваторию Черного моря Принят Государственной Думой 3 декабря 1999 года Одобрен Советом Федерации 22 декабря 1999 года Ратифицировать Протокол к Соглашению между Правительством Российской Федерации и Правительством Турецкой Республики о поставках российского природного газа в Турецкую Республику через акваторию Черного моря от 15 декабря 1997 года, подписанный в городе Москве 27 ноября 1999 года. Президент Российской Федерации Б.Ельцин Москва, Кремль 30 декабря 1999 года № 221-ФЗ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