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государственного регулирования социально-экономического развития Севера Российской Федерации"</w:t>
      </w:r>
    </w:p>
    <w:p>
      <w:r>
        <w:rPr>
          <w:b/>
        </w:rPr>
        <w:t>Статья 1. Внести в Федеральный закон от 19 июня 1996 года N 78-ФЗ "Об основах государственного регулирования социально-экономического развития Севера Российской Федерации" (Собрание законодательства Российской Федерации, 1996, N 26, ст. 3030) следующие изменения:</w:t>
      </w:r>
    </w:p>
    <w:p>
      <w:r>
        <w:t>пункт 4 статьи 1 изложить в следующей редакции: "4. Районы с ограниченными сроками завоза продукции (товаров) - территории, срок транспортной доступности которых в период завоза продукции (товаров) всеми видами транспорта, за исключением воздушного транспорта, менее 180 дней."; в статье 7: в абзаце третьем пункта 1 слова "продовольственные товары и топливно-энергетические ресурсы" заменить словами "нефть, нефтепродукты, топливо, продовольственные и непродовольственные товары первой необходимости для снабжения населения, организаций социальной сферы и организаций жилищно-коммунального хозяйства"; абзац второй пункта 2 изложить в следующей редакции: "перечень районов Севера с ограниченными сроками завоза продукции (товаров), в который могут быть включены и территории, не отнесенные к районам Севера, на основании предложений органов государственной власти субъектов Российской Федерации;"; абзац второй пункта 3 исключить.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3.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Исполняющий обязанности Президента Российской Федерации В.Путин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