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Республикой Беларусь, Республикой Казахстан, Кыргызской Республикой и Российской Федерацией об упрощенном порядке приобретения гражданства</w:t>
      </w:r>
    </w:p>
    <w:p>
      <w:r>
        <w:rPr>
          <w:b/>
        </w:rPr>
        <w:t>Статья None. Федеральный закон   от 02.01.2000 № 18-ФЗ</w:t>
      </w:r>
    </w:p>
    <w:p>
      <w:r>
        <w:t>О ратификации Соглашения между Республикой Беларусь, Республикой Казахстан, Кыргызской Республикой и Российской Федерацией об упрощенном порядке приобретения гражданства РОССИЙСКАЯ ФЕДЕРАЦИЯ ФЕДЕРАЛЬНЫЙ ЗАКОН О ратификации Соглашения между Республикой Беларусь, Республикой Казахстан, Кыргызской Республикой и Российской Федерацией об упрощенном порядке приобретения гражданства Принят Государственной Думой 1 декабря 1999 года Одобрен Советом Федерации 23 декабря 1999 года Ратифицировать Соглашение между Республикой Беларусь, Республикой Казахстан, Кыргызской Республикой и Российской Федерацией об упрощенном порядке приобретения гражданства, подписанное в городе Москве 26 февраля 1999 года. Исполняющий обязанности Президента Российской Федерации В.Путин Москва, Кремль 2 января 2000 года № 18-ФЗ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