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17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статью 17 Федерального закона от 25 сентября 1998 года № 158-ФЗ "О лицензировании отдельных видов деятельности" (Собрание законодательства Российской Федерации, 1998, № 39, ст. 4857; № 48, ст. 5853; 1999, № 52, ст. 6365, 6366) следующее изменение: абзац "деятельность по негосударственному пенсионному обслуживанию;" изложить в следующей редакции: "деятельность по негосударственному пенсионному обеспечению;".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